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B1D22" w14:textId="77777777" w:rsidR="003D007D" w:rsidRPr="007D1D39" w:rsidRDefault="00A864FD">
      <w:pPr>
        <w:jc w:val="center"/>
        <w:rPr>
          <w:rFonts w:ascii="Times New Roman" w:hAnsi="Times New Roman" w:cs="Times New Roman"/>
          <w:sz w:val="28"/>
          <w:szCs w:val="28"/>
        </w:rPr>
      </w:pPr>
      <w:r w:rsidRPr="007D1D39">
        <w:rPr>
          <w:rFonts w:ascii="Times New Roman" w:hAnsi="Times New Roman" w:cs="Times New Roman"/>
          <w:b/>
          <w:color w:val="000000"/>
          <w:sz w:val="28"/>
          <w:szCs w:val="28"/>
        </w:rPr>
        <w:t>COLEGIO DE PROFESORES DE CHILE</w:t>
      </w:r>
    </w:p>
    <w:p w14:paraId="37098BFA" w14:textId="77777777" w:rsidR="003D007D" w:rsidRPr="007D1D39" w:rsidRDefault="00A864FD">
      <w:pPr>
        <w:jc w:val="center"/>
        <w:rPr>
          <w:rFonts w:ascii="Times New Roman" w:hAnsi="Times New Roman" w:cs="Times New Roman"/>
          <w:i/>
          <w:color w:val="000000"/>
          <w:sz w:val="28"/>
          <w:szCs w:val="28"/>
        </w:rPr>
      </w:pPr>
      <w:r w:rsidRPr="007D1D39">
        <w:rPr>
          <w:rFonts w:ascii="Times New Roman" w:hAnsi="Times New Roman" w:cs="Times New Roman"/>
          <w:i/>
          <w:color w:val="000000"/>
          <w:sz w:val="28"/>
          <w:szCs w:val="28"/>
        </w:rPr>
        <w:t>Departamento de Cultura</w:t>
      </w:r>
    </w:p>
    <w:p w14:paraId="044BBB82" w14:textId="77777777" w:rsidR="00FD0FAA" w:rsidRPr="007D1D39" w:rsidRDefault="00FD0FAA">
      <w:pPr>
        <w:jc w:val="center"/>
        <w:rPr>
          <w:rFonts w:ascii="Times New Roman" w:hAnsi="Times New Roman" w:cs="Times New Roman"/>
          <w:sz w:val="28"/>
          <w:szCs w:val="28"/>
        </w:rPr>
      </w:pPr>
    </w:p>
    <w:p w14:paraId="68651ADA" w14:textId="77777777" w:rsidR="003D007D" w:rsidRPr="007D1D39" w:rsidRDefault="003D007D">
      <w:pPr>
        <w:rPr>
          <w:rFonts w:ascii="Times New Roman" w:hAnsi="Times New Roman" w:cs="Times New Roman"/>
          <w:sz w:val="28"/>
          <w:szCs w:val="28"/>
        </w:rPr>
      </w:pPr>
    </w:p>
    <w:p w14:paraId="09C418FB" w14:textId="5F6F243D" w:rsidR="003D007D" w:rsidRPr="007D1D39" w:rsidRDefault="00A864FD">
      <w:pPr>
        <w:jc w:val="center"/>
        <w:rPr>
          <w:rFonts w:ascii="Times New Roman" w:hAnsi="Times New Roman" w:cs="Times New Roman"/>
          <w:sz w:val="28"/>
          <w:szCs w:val="28"/>
        </w:rPr>
      </w:pPr>
      <w:r w:rsidRPr="007D1D39">
        <w:rPr>
          <w:rFonts w:ascii="Times New Roman" w:hAnsi="Times New Roman" w:cs="Times New Roman"/>
          <w:b/>
          <w:color w:val="000000"/>
          <w:sz w:val="28"/>
          <w:szCs w:val="28"/>
        </w:rPr>
        <w:t xml:space="preserve">BASES </w:t>
      </w:r>
      <w:r w:rsidR="0044273A" w:rsidRPr="007D1D39">
        <w:rPr>
          <w:rFonts w:ascii="Times New Roman" w:hAnsi="Times New Roman" w:cs="Times New Roman"/>
          <w:b/>
          <w:color w:val="000000"/>
          <w:sz w:val="28"/>
          <w:szCs w:val="28"/>
        </w:rPr>
        <w:t>PRIMER CONCURSO NACIONAL DE CUENTO, POESÍA, ILUSTRACIÓN Y FOTOGRAFÍA</w:t>
      </w:r>
    </w:p>
    <w:p w14:paraId="46CD1BF5" w14:textId="77777777" w:rsidR="0044273A" w:rsidRPr="007D1D39" w:rsidRDefault="00A864FD">
      <w:pPr>
        <w:jc w:val="center"/>
        <w:rPr>
          <w:rFonts w:ascii="Times New Roman" w:hAnsi="Times New Roman" w:cs="Times New Roman"/>
          <w:b/>
          <w:color w:val="000000"/>
          <w:sz w:val="28"/>
          <w:szCs w:val="28"/>
        </w:rPr>
      </w:pPr>
      <w:r w:rsidRPr="007D1D39">
        <w:rPr>
          <w:rFonts w:ascii="Times New Roman" w:hAnsi="Times New Roman" w:cs="Times New Roman"/>
          <w:b/>
          <w:color w:val="000000"/>
          <w:sz w:val="28"/>
          <w:szCs w:val="28"/>
        </w:rPr>
        <w:t>“</w:t>
      </w:r>
      <w:r w:rsidR="0044273A" w:rsidRPr="007D1D39">
        <w:rPr>
          <w:rFonts w:ascii="Times New Roman" w:hAnsi="Times New Roman" w:cs="Times New Roman"/>
          <w:b/>
          <w:color w:val="000000"/>
          <w:sz w:val="28"/>
          <w:szCs w:val="28"/>
        </w:rPr>
        <w:t>HUELLAS</w:t>
      </w:r>
      <w:r w:rsidRPr="007D1D39">
        <w:rPr>
          <w:rFonts w:ascii="Times New Roman" w:hAnsi="Times New Roman" w:cs="Times New Roman"/>
          <w:b/>
          <w:color w:val="000000"/>
          <w:sz w:val="28"/>
          <w:szCs w:val="28"/>
        </w:rPr>
        <w:t xml:space="preserve"> DEL MAGISTERIO</w:t>
      </w:r>
      <w:r w:rsidR="0044273A" w:rsidRPr="007D1D39">
        <w:rPr>
          <w:rFonts w:ascii="Times New Roman" w:hAnsi="Times New Roman" w:cs="Times New Roman"/>
          <w:b/>
          <w:color w:val="000000"/>
          <w:sz w:val="28"/>
          <w:szCs w:val="28"/>
        </w:rPr>
        <w:t xml:space="preserve">: </w:t>
      </w:r>
    </w:p>
    <w:p w14:paraId="6E3BB41A" w14:textId="52C76727" w:rsidR="0044273A" w:rsidRPr="007D1D39" w:rsidRDefault="0044273A">
      <w:pPr>
        <w:jc w:val="center"/>
        <w:rPr>
          <w:rFonts w:ascii="Times New Roman" w:hAnsi="Times New Roman" w:cs="Times New Roman"/>
          <w:b/>
          <w:color w:val="000000"/>
          <w:sz w:val="28"/>
          <w:szCs w:val="28"/>
        </w:rPr>
      </w:pPr>
      <w:r w:rsidRPr="007D1D39">
        <w:rPr>
          <w:rFonts w:ascii="Times New Roman" w:hAnsi="Times New Roman" w:cs="Times New Roman"/>
          <w:b/>
          <w:color w:val="000000"/>
          <w:sz w:val="28"/>
          <w:szCs w:val="28"/>
        </w:rPr>
        <w:t>CUANDO LA VOCACIÓN SE TRANSFORMA EN ARTE</w:t>
      </w:r>
      <w:r w:rsidR="00A864FD" w:rsidRPr="007D1D39">
        <w:rPr>
          <w:rFonts w:ascii="Times New Roman" w:hAnsi="Times New Roman" w:cs="Times New Roman"/>
          <w:b/>
          <w:color w:val="000000"/>
          <w:sz w:val="28"/>
          <w:szCs w:val="28"/>
        </w:rPr>
        <w:t xml:space="preserve">” </w:t>
      </w:r>
    </w:p>
    <w:p w14:paraId="42FF0B5B" w14:textId="664488A9" w:rsidR="003D007D" w:rsidRPr="007D1D39" w:rsidRDefault="00A864FD">
      <w:pPr>
        <w:jc w:val="center"/>
        <w:rPr>
          <w:rFonts w:ascii="Times New Roman" w:hAnsi="Times New Roman" w:cs="Times New Roman"/>
          <w:b/>
          <w:color w:val="000000"/>
          <w:sz w:val="28"/>
          <w:szCs w:val="28"/>
        </w:rPr>
      </w:pPr>
      <w:r w:rsidRPr="007D1D39">
        <w:rPr>
          <w:rFonts w:ascii="Times New Roman" w:hAnsi="Times New Roman" w:cs="Times New Roman"/>
          <w:b/>
          <w:color w:val="000000"/>
          <w:sz w:val="28"/>
          <w:szCs w:val="28"/>
        </w:rPr>
        <w:t>2026</w:t>
      </w:r>
    </w:p>
    <w:p w14:paraId="4D638869" w14:textId="77777777" w:rsidR="00FD0FAA" w:rsidRPr="007D1D39" w:rsidRDefault="00FD0FAA">
      <w:pPr>
        <w:jc w:val="center"/>
        <w:rPr>
          <w:rFonts w:ascii="Times New Roman" w:hAnsi="Times New Roman" w:cs="Times New Roman"/>
          <w:sz w:val="28"/>
          <w:szCs w:val="28"/>
        </w:rPr>
      </w:pPr>
    </w:p>
    <w:p w14:paraId="7E7502A0" w14:textId="77777777" w:rsidR="003D007D" w:rsidRPr="007D1D39" w:rsidRDefault="00A864FD">
      <w:pPr>
        <w:jc w:val="center"/>
        <w:rPr>
          <w:rFonts w:ascii="Times New Roman" w:hAnsi="Times New Roman" w:cs="Times New Roman"/>
          <w:sz w:val="28"/>
          <w:szCs w:val="28"/>
        </w:rPr>
      </w:pPr>
      <w:r w:rsidRPr="007D1D39">
        <w:rPr>
          <w:rFonts w:ascii="Times New Roman" w:hAnsi="Times New Roman" w:cs="Times New Roman"/>
          <w:b/>
          <w:color w:val="000000"/>
          <w:sz w:val="28"/>
          <w:szCs w:val="28"/>
        </w:rPr>
        <w:t>Cuento y Poesía</w:t>
      </w:r>
    </w:p>
    <w:p w14:paraId="69F2B633" w14:textId="77777777" w:rsidR="003D007D" w:rsidRPr="007D1D39" w:rsidRDefault="003D007D">
      <w:pPr>
        <w:rPr>
          <w:rFonts w:ascii="Times New Roman" w:hAnsi="Times New Roman" w:cs="Times New Roman"/>
          <w:sz w:val="28"/>
          <w:szCs w:val="28"/>
        </w:rPr>
      </w:pPr>
    </w:p>
    <w:p w14:paraId="1F44A8F5" w14:textId="77777777" w:rsidR="00FD0FAA" w:rsidRPr="007D1D39" w:rsidRDefault="00FD0FAA">
      <w:pPr>
        <w:rPr>
          <w:rFonts w:ascii="Times New Roman" w:hAnsi="Times New Roman" w:cs="Times New Roman"/>
          <w:sz w:val="28"/>
          <w:szCs w:val="28"/>
        </w:rPr>
      </w:pPr>
    </w:p>
    <w:p w14:paraId="28127E18" w14:textId="77777777" w:rsidR="003D007D" w:rsidRPr="007D1D39" w:rsidRDefault="00A864FD">
      <w:pPr>
        <w:jc w:val="center"/>
        <w:rPr>
          <w:rFonts w:ascii="Times New Roman" w:hAnsi="Times New Roman" w:cs="Times New Roman"/>
          <w:b/>
          <w:color w:val="000000"/>
          <w:sz w:val="28"/>
          <w:szCs w:val="28"/>
        </w:rPr>
      </w:pPr>
      <w:r w:rsidRPr="007D1D39">
        <w:rPr>
          <w:rFonts w:ascii="Times New Roman" w:hAnsi="Times New Roman" w:cs="Times New Roman"/>
          <w:b/>
          <w:color w:val="000000"/>
          <w:sz w:val="28"/>
          <w:szCs w:val="28"/>
        </w:rPr>
        <w:t>Temática: LA LABOR DOCENTE</w:t>
      </w:r>
    </w:p>
    <w:p w14:paraId="687C364F" w14:textId="77777777" w:rsidR="00FD0FAA" w:rsidRPr="007D1D39" w:rsidRDefault="00FD0FAA">
      <w:pPr>
        <w:jc w:val="center"/>
        <w:rPr>
          <w:rFonts w:ascii="Times New Roman" w:hAnsi="Times New Roman" w:cs="Times New Roman"/>
          <w:sz w:val="28"/>
          <w:szCs w:val="28"/>
        </w:rPr>
      </w:pPr>
    </w:p>
    <w:p w14:paraId="003C5B81" w14:textId="77777777" w:rsidR="00FD0FAA" w:rsidRPr="007D1D39" w:rsidRDefault="00FD0FAA">
      <w:pPr>
        <w:jc w:val="center"/>
        <w:rPr>
          <w:rFonts w:ascii="Times New Roman" w:hAnsi="Times New Roman" w:cs="Times New Roman"/>
          <w:sz w:val="28"/>
          <w:szCs w:val="28"/>
        </w:rPr>
      </w:pPr>
    </w:p>
    <w:p w14:paraId="268F1F6F" w14:textId="77777777" w:rsidR="003D007D" w:rsidRPr="007D1D39" w:rsidRDefault="003D007D">
      <w:pPr>
        <w:rPr>
          <w:rFonts w:ascii="Times New Roman" w:hAnsi="Times New Roman" w:cs="Times New Roman"/>
          <w:sz w:val="28"/>
          <w:szCs w:val="28"/>
        </w:rPr>
      </w:pPr>
    </w:p>
    <w:p w14:paraId="5BB5A84F" w14:textId="77777777" w:rsidR="003D007D" w:rsidRPr="007D1D39" w:rsidRDefault="00A864FD">
      <w:pPr>
        <w:jc w:val="center"/>
        <w:rPr>
          <w:rFonts w:ascii="Times New Roman" w:hAnsi="Times New Roman" w:cs="Times New Roman"/>
          <w:sz w:val="28"/>
          <w:szCs w:val="28"/>
        </w:rPr>
      </w:pPr>
      <w:r w:rsidRPr="007D1D39">
        <w:rPr>
          <w:rFonts w:ascii="Times New Roman" w:hAnsi="Times New Roman" w:cs="Times New Roman"/>
          <w:i/>
          <w:color w:val="000000"/>
          <w:sz w:val="28"/>
          <w:szCs w:val="28"/>
        </w:rPr>
        <w:t>Una invitación a transformar en literatura las voces, memorias,</w:t>
      </w:r>
      <w:r w:rsidRPr="007D1D39">
        <w:rPr>
          <w:rFonts w:ascii="Times New Roman" w:hAnsi="Times New Roman" w:cs="Times New Roman"/>
          <w:i/>
          <w:color w:val="000000"/>
          <w:sz w:val="28"/>
          <w:szCs w:val="28"/>
        </w:rPr>
        <w:br/>
        <w:t>emociones y experiencias que nacen del oficio de educar.</w:t>
      </w:r>
    </w:p>
    <w:p w14:paraId="6306D5C2" w14:textId="77777777" w:rsidR="003D007D" w:rsidRPr="007D1D39" w:rsidRDefault="00A864FD">
      <w:pPr>
        <w:rPr>
          <w:rFonts w:ascii="Times New Roman" w:hAnsi="Times New Roman" w:cs="Times New Roman"/>
          <w:sz w:val="28"/>
          <w:szCs w:val="28"/>
        </w:rPr>
      </w:pPr>
      <w:r w:rsidRPr="007D1D39">
        <w:rPr>
          <w:rFonts w:ascii="Times New Roman" w:hAnsi="Times New Roman" w:cs="Times New Roman"/>
          <w:color w:val="000000"/>
          <w:sz w:val="28"/>
          <w:szCs w:val="28"/>
        </w:rPr>
        <w:br w:type="page"/>
      </w:r>
    </w:p>
    <w:p w14:paraId="1843655F"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lastRenderedPageBreak/>
        <w:t>1. PRESENTACIÓN Y FUNDAMENTACIÓN</w:t>
      </w:r>
    </w:p>
    <w:p w14:paraId="6C94A495" w14:textId="23C4E50C"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 xml:space="preserve">El Colegio de Profesores de Chile, a través de su Departamento de Cultura, </w:t>
      </w:r>
      <w:proofErr w:type="spellStart"/>
      <w:r w:rsidRPr="007D1D39">
        <w:rPr>
          <w:rFonts w:ascii="Times New Roman" w:hAnsi="Times New Roman" w:cs="Times New Roman"/>
          <w:color w:val="000000"/>
          <w:sz w:val="28"/>
          <w:szCs w:val="28"/>
        </w:rPr>
        <w:t>convoca</w:t>
      </w:r>
      <w:proofErr w:type="spellEnd"/>
      <w:r w:rsidRPr="007D1D39">
        <w:rPr>
          <w:rFonts w:ascii="Times New Roman" w:hAnsi="Times New Roman" w:cs="Times New Roman"/>
          <w:color w:val="000000"/>
          <w:sz w:val="28"/>
          <w:szCs w:val="28"/>
        </w:rPr>
        <w:t xml:space="preserve"> al Concurso </w:t>
      </w:r>
      <w:proofErr w:type="spellStart"/>
      <w:r w:rsidRPr="007D1D39">
        <w:rPr>
          <w:rFonts w:ascii="Times New Roman" w:hAnsi="Times New Roman" w:cs="Times New Roman"/>
          <w:color w:val="000000"/>
          <w:sz w:val="28"/>
          <w:szCs w:val="28"/>
        </w:rPr>
        <w:t>Literario</w:t>
      </w:r>
      <w:proofErr w:type="spellEnd"/>
      <w:r w:rsidRPr="007D1D39">
        <w:rPr>
          <w:rFonts w:ascii="Times New Roman" w:hAnsi="Times New Roman" w:cs="Times New Roman"/>
          <w:color w:val="000000"/>
          <w:sz w:val="28"/>
          <w:szCs w:val="28"/>
        </w:rPr>
        <w:t xml:space="preserve"> Nacional “</w:t>
      </w:r>
      <w:proofErr w:type="spellStart"/>
      <w:r w:rsidR="0044273A" w:rsidRPr="007D1D39">
        <w:rPr>
          <w:rFonts w:ascii="Times New Roman" w:hAnsi="Times New Roman" w:cs="Times New Roman"/>
          <w:color w:val="000000"/>
          <w:sz w:val="28"/>
          <w:szCs w:val="28"/>
        </w:rPr>
        <w:t>Huellas</w:t>
      </w:r>
      <w:proofErr w:type="spellEnd"/>
      <w:r w:rsidRPr="007D1D39">
        <w:rPr>
          <w:rFonts w:ascii="Times New Roman" w:hAnsi="Times New Roman" w:cs="Times New Roman"/>
          <w:color w:val="000000"/>
          <w:sz w:val="28"/>
          <w:szCs w:val="28"/>
        </w:rPr>
        <w:t xml:space="preserve"> del </w:t>
      </w:r>
      <w:proofErr w:type="spellStart"/>
      <w:r w:rsidRPr="007D1D39">
        <w:rPr>
          <w:rFonts w:ascii="Times New Roman" w:hAnsi="Times New Roman" w:cs="Times New Roman"/>
          <w:color w:val="000000"/>
          <w:sz w:val="28"/>
          <w:szCs w:val="28"/>
        </w:rPr>
        <w:t>Magisterio</w:t>
      </w:r>
      <w:proofErr w:type="spellEnd"/>
      <w:r w:rsidR="0044273A" w:rsidRPr="007D1D39">
        <w:rPr>
          <w:rFonts w:ascii="Times New Roman" w:hAnsi="Times New Roman" w:cs="Times New Roman"/>
          <w:color w:val="000000"/>
          <w:sz w:val="28"/>
          <w:szCs w:val="28"/>
        </w:rPr>
        <w:t xml:space="preserve">: </w:t>
      </w:r>
      <w:proofErr w:type="spellStart"/>
      <w:r w:rsidR="0044273A" w:rsidRPr="007D1D39">
        <w:rPr>
          <w:rFonts w:ascii="Times New Roman" w:hAnsi="Times New Roman" w:cs="Times New Roman"/>
          <w:color w:val="000000"/>
          <w:sz w:val="28"/>
          <w:szCs w:val="28"/>
        </w:rPr>
        <w:t>Cuando</w:t>
      </w:r>
      <w:proofErr w:type="spellEnd"/>
      <w:r w:rsidR="0044273A" w:rsidRPr="007D1D39">
        <w:rPr>
          <w:rFonts w:ascii="Times New Roman" w:hAnsi="Times New Roman" w:cs="Times New Roman"/>
          <w:color w:val="000000"/>
          <w:sz w:val="28"/>
          <w:szCs w:val="28"/>
        </w:rPr>
        <w:t xml:space="preserve"> la </w:t>
      </w:r>
      <w:proofErr w:type="spellStart"/>
      <w:r w:rsidR="0044273A" w:rsidRPr="007D1D39">
        <w:rPr>
          <w:rFonts w:ascii="Times New Roman" w:hAnsi="Times New Roman" w:cs="Times New Roman"/>
          <w:color w:val="000000"/>
          <w:sz w:val="28"/>
          <w:szCs w:val="28"/>
        </w:rPr>
        <w:t>vocación</w:t>
      </w:r>
      <w:proofErr w:type="spellEnd"/>
      <w:r w:rsidR="0044273A" w:rsidRPr="007D1D39">
        <w:rPr>
          <w:rFonts w:ascii="Times New Roman" w:hAnsi="Times New Roman" w:cs="Times New Roman"/>
          <w:color w:val="000000"/>
          <w:sz w:val="28"/>
          <w:szCs w:val="28"/>
        </w:rPr>
        <w:t xml:space="preserve"> se </w:t>
      </w:r>
      <w:proofErr w:type="spellStart"/>
      <w:r w:rsidR="0044273A" w:rsidRPr="007D1D39">
        <w:rPr>
          <w:rFonts w:ascii="Times New Roman" w:hAnsi="Times New Roman" w:cs="Times New Roman"/>
          <w:color w:val="000000"/>
          <w:sz w:val="28"/>
          <w:szCs w:val="28"/>
        </w:rPr>
        <w:t>transforma</w:t>
      </w:r>
      <w:proofErr w:type="spellEnd"/>
      <w:r w:rsidR="0044273A" w:rsidRPr="007D1D39">
        <w:rPr>
          <w:rFonts w:ascii="Times New Roman" w:hAnsi="Times New Roman" w:cs="Times New Roman"/>
          <w:color w:val="000000"/>
          <w:sz w:val="28"/>
          <w:szCs w:val="28"/>
        </w:rPr>
        <w:t xml:space="preserve"> </w:t>
      </w:r>
      <w:proofErr w:type="spellStart"/>
      <w:r w:rsidR="0044273A" w:rsidRPr="007D1D39">
        <w:rPr>
          <w:rFonts w:ascii="Times New Roman" w:hAnsi="Times New Roman" w:cs="Times New Roman"/>
          <w:color w:val="000000"/>
          <w:sz w:val="28"/>
          <w:szCs w:val="28"/>
        </w:rPr>
        <w:t>en</w:t>
      </w:r>
      <w:proofErr w:type="spellEnd"/>
      <w:r w:rsidR="0044273A" w:rsidRPr="007D1D39">
        <w:rPr>
          <w:rFonts w:ascii="Times New Roman" w:hAnsi="Times New Roman" w:cs="Times New Roman"/>
          <w:color w:val="000000"/>
          <w:sz w:val="28"/>
          <w:szCs w:val="28"/>
        </w:rPr>
        <w:t xml:space="preserve"> </w:t>
      </w:r>
      <w:proofErr w:type="spellStart"/>
      <w:r w:rsidR="0044273A" w:rsidRPr="007D1D39">
        <w:rPr>
          <w:rFonts w:ascii="Times New Roman" w:hAnsi="Times New Roman" w:cs="Times New Roman"/>
          <w:color w:val="000000"/>
          <w:sz w:val="28"/>
          <w:szCs w:val="28"/>
        </w:rPr>
        <w:t>arte</w:t>
      </w:r>
      <w:proofErr w:type="spellEnd"/>
      <w:r w:rsidRPr="007D1D39">
        <w:rPr>
          <w:rFonts w:ascii="Times New Roman" w:hAnsi="Times New Roman" w:cs="Times New Roman"/>
          <w:color w:val="000000"/>
          <w:sz w:val="28"/>
          <w:szCs w:val="28"/>
        </w:rPr>
        <w:t xml:space="preserve">” 2026, </w:t>
      </w:r>
      <w:proofErr w:type="spellStart"/>
      <w:r w:rsidRPr="007D1D39">
        <w:rPr>
          <w:rFonts w:ascii="Times New Roman" w:hAnsi="Times New Roman" w:cs="Times New Roman"/>
          <w:color w:val="000000"/>
          <w:sz w:val="28"/>
          <w:szCs w:val="28"/>
        </w:rPr>
        <w:t>iniciativa</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destinada</w:t>
      </w:r>
      <w:proofErr w:type="spellEnd"/>
      <w:r w:rsidRPr="007D1D39">
        <w:rPr>
          <w:rFonts w:ascii="Times New Roman" w:hAnsi="Times New Roman" w:cs="Times New Roman"/>
          <w:color w:val="000000"/>
          <w:sz w:val="28"/>
          <w:szCs w:val="28"/>
        </w:rPr>
        <w:t xml:space="preserve"> a </w:t>
      </w:r>
      <w:proofErr w:type="spellStart"/>
      <w:r w:rsidRPr="007D1D39">
        <w:rPr>
          <w:rFonts w:ascii="Times New Roman" w:hAnsi="Times New Roman" w:cs="Times New Roman"/>
          <w:color w:val="000000"/>
          <w:sz w:val="28"/>
          <w:szCs w:val="28"/>
        </w:rPr>
        <w:t>promover</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reconocer</w:t>
      </w:r>
      <w:proofErr w:type="spellEnd"/>
      <w:r w:rsidRPr="007D1D39">
        <w:rPr>
          <w:rFonts w:ascii="Times New Roman" w:hAnsi="Times New Roman" w:cs="Times New Roman"/>
          <w:color w:val="000000"/>
          <w:sz w:val="28"/>
          <w:szCs w:val="28"/>
        </w:rPr>
        <w:t xml:space="preserve"> y </w:t>
      </w:r>
      <w:proofErr w:type="spellStart"/>
      <w:r w:rsidRPr="007D1D39">
        <w:rPr>
          <w:rFonts w:ascii="Times New Roman" w:hAnsi="Times New Roman" w:cs="Times New Roman"/>
          <w:color w:val="000000"/>
          <w:sz w:val="28"/>
          <w:szCs w:val="28"/>
        </w:rPr>
        <w:t>visibilizar</w:t>
      </w:r>
      <w:proofErr w:type="spellEnd"/>
      <w:r w:rsidRPr="007D1D39">
        <w:rPr>
          <w:rFonts w:ascii="Times New Roman" w:hAnsi="Times New Roman" w:cs="Times New Roman"/>
          <w:color w:val="000000"/>
          <w:sz w:val="28"/>
          <w:szCs w:val="28"/>
        </w:rPr>
        <w:t xml:space="preserve"> la creación literaria de profesoras y profesores a lo largo del territorio nacional.</w:t>
      </w:r>
    </w:p>
    <w:p w14:paraId="1D7AD560"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La labor docente trasciende el aula. Está hecha de experiencias, vínculos, desafíos, aprendizajes, encuentros, territorios, generaciones y memorias que forman parte de la historia educativa y social de nuestro país.</w:t>
      </w:r>
    </w:p>
    <w:p w14:paraId="0C58976C" w14:textId="20D65C3C" w:rsidR="003D007D" w:rsidRPr="007D1D39" w:rsidRDefault="00A864FD">
      <w:pPr>
        <w:jc w:val="both"/>
        <w:rPr>
          <w:rFonts w:ascii="Times New Roman" w:hAnsi="Times New Roman" w:cs="Times New Roman"/>
          <w:sz w:val="28"/>
          <w:szCs w:val="28"/>
        </w:rPr>
      </w:pPr>
      <w:proofErr w:type="spellStart"/>
      <w:r w:rsidRPr="007D1D39">
        <w:rPr>
          <w:rFonts w:ascii="Times New Roman" w:hAnsi="Times New Roman" w:cs="Times New Roman"/>
          <w:color w:val="000000"/>
          <w:sz w:val="28"/>
          <w:szCs w:val="28"/>
        </w:rPr>
        <w:t>Desde</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esta</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perspectiva</w:t>
      </w:r>
      <w:proofErr w:type="spellEnd"/>
      <w:r w:rsidRPr="007D1D39">
        <w:rPr>
          <w:rFonts w:ascii="Times New Roman" w:hAnsi="Times New Roman" w:cs="Times New Roman"/>
          <w:color w:val="000000"/>
          <w:sz w:val="28"/>
          <w:szCs w:val="28"/>
        </w:rPr>
        <w:t>, “</w:t>
      </w:r>
      <w:proofErr w:type="spellStart"/>
      <w:r w:rsidR="0044273A" w:rsidRPr="007D1D39">
        <w:rPr>
          <w:rFonts w:ascii="Times New Roman" w:hAnsi="Times New Roman" w:cs="Times New Roman"/>
          <w:color w:val="000000"/>
          <w:sz w:val="28"/>
          <w:szCs w:val="28"/>
        </w:rPr>
        <w:t>Huellas</w:t>
      </w:r>
      <w:proofErr w:type="spellEnd"/>
      <w:r w:rsidRPr="007D1D39">
        <w:rPr>
          <w:rFonts w:ascii="Times New Roman" w:hAnsi="Times New Roman" w:cs="Times New Roman"/>
          <w:color w:val="000000"/>
          <w:sz w:val="28"/>
          <w:szCs w:val="28"/>
        </w:rPr>
        <w:t xml:space="preserve"> del </w:t>
      </w:r>
      <w:proofErr w:type="spellStart"/>
      <w:r w:rsidRPr="007D1D39">
        <w:rPr>
          <w:rFonts w:ascii="Times New Roman" w:hAnsi="Times New Roman" w:cs="Times New Roman"/>
          <w:color w:val="000000"/>
          <w:sz w:val="28"/>
          <w:szCs w:val="28"/>
        </w:rPr>
        <w:t>Magisterio</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invita</w:t>
      </w:r>
      <w:proofErr w:type="spellEnd"/>
      <w:r w:rsidRPr="007D1D39">
        <w:rPr>
          <w:rFonts w:ascii="Times New Roman" w:hAnsi="Times New Roman" w:cs="Times New Roman"/>
          <w:color w:val="000000"/>
          <w:sz w:val="28"/>
          <w:szCs w:val="28"/>
        </w:rPr>
        <w:t xml:space="preserve"> a </w:t>
      </w:r>
      <w:proofErr w:type="spellStart"/>
      <w:r w:rsidRPr="007D1D39">
        <w:rPr>
          <w:rFonts w:ascii="Times New Roman" w:hAnsi="Times New Roman" w:cs="Times New Roman"/>
          <w:color w:val="000000"/>
          <w:sz w:val="28"/>
          <w:szCs w:val="28"/>
        </w:rPr>
        <w:t>transformar</w:t>
      </w:r>
      <w:proofErr w:type="spellEnd"/>
      <w:r w:rsidRPr="007D1D39">
        <w:rPr>
          <w:rFonts w:ascii="Times New Roman" w:hAnsi="Times New Roman" w:cs="Times New Roman"/>
          <w:color w:val="000000"/>
          <w:sz w:val="28"/>
          <w:szCs w:val="28"/>
        </w:rPr>
        <w:t xml:space="preserve"> esas experiencias en creación literaria, reconociendo en la escritura un espacio para expresar la sensibilidad, la memoria y las múltiples dimensiones humanas que convergen en el ejercicio de educar.</w:t>
      </w:r>
    </w:p>
    <w:p w14:paraId="3DB5D204"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Este certamen busca, además, relevar a profesoras y profesores como creadores y agentes culturales, capaces de aportar, desde la literatura, a la construcción de memoria y patrimonio cultural del magisterio chileno.</w:t>
      </w:r>
    </w:p>
    <w:p w14:paraId="0346BDBF"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2. OBJETIVO GENERAL</w:t>
      </w:r>
    </w:p>
    <w:p w14:paraId="4BE9F724"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Promover y reconocer la creación literaria de profesoras y profesores de Chile, generando un espacio nacional de expresión artística que permita valorar y proyectar, a través de la literatura, las diversas dimensiones de la labor docente.</w:t>
      </w:r>
    </w:p>
    <w:p w14:paraId="69BB071B"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3. OBJETIVOS ESPECÍFICOS</w:t>
      </w:r>
    </w:p>
    <w:p w14:paraId="470C7E49" w14:textId="77777777" w:rsidR="003D007D" w:rsidRPr="007D1D39" w:rsidRDefault="00A864FD">
      <w:pPr>
        <w:pStyle w:val="Listaconvietas"/>
        <w:rPr>
          <w:rFonts w:ascii="Times New Roman" w:hAnsi="Times New Roman" w:cs="Times New Roman"/>
          <w:sz w:val="28"/>
          <w:szCs w:val="28"/>
        </w:rPr>
      </w:pPr>
      <w:r w:rsidRPr="007D1D39">
        <w:rPr>
          <w:rFonts w:ascii="Times New Roman" w:hAnsi="Times New Roman" w:cs="Times New Roman"/>
          <w:color w:val="000000"/>
          <w:sz w:val="28"/>
          <w:szCs w:val="28"/>
        </w:rPr>
        <w:t>Incentivar la creación literaria entre profesoras y profesores del país.</w:t>
      </w:r>
    </w:p>
    <w:p w14:paraId="45558A70" w14:textId="77777777" w:rsidR="003D007D" w:rsidRPr="007D1D39" w:rsidRDefault="00A864FD">
      <w:pPr>
        <w:pStyle w:val="Listaconvietas"/>
        <w:rPr>
          <w:rFonts w:ascii="Times New Roman" w:hAnsi="Times New Roman" w:cs="Times New Roman"/>
          <w:sz w:val="28"/>
          <w:szCs w:val="28"/>
        </w:rPr>
      </w:pPr>
      <w:r w:rsidRPr="007D1D39">
        <w:rPr>
          <w:rFonts w:ascii="Times New Roman" w:hAnsi="Times New Roman" w:cs="Times New Roman"/>
          <w:color w:val="000000"/>
          <w:sz w:val="28"/>
          <w:szCs w:val="28"/>
        </w:rPr>
        <w:t>Generar espacios de expresión y participación cultural para el magisterio.</w:t>
      </w:r>
    </w:p>
    <w:p w14:paraId="7DACD54F" w14:textId="77777777" w:rsidR="003D007D" w:rsidRPr="007D1D39" w:rsidRDefault="00A864FD" w:rsidP="0044273A">
      <w:pPr>
        <w:pStyle w:val="Listaconvietas"/>
        <w:jc w:val="both"/>
        <w:rPr>
          <w:rFonts w:ascii="Times New Roman" w:hAnsi="Times New Roman" w:cs="Times New Roman"/>
          <w:sz w:val="28"/>
          <w:szCs w:val="28"/>
        </w:rPr>
      </w:pPr>
      <w:r w:rsidRPr="007D1D39">
        <w:rPr>
          <w:rFonts w:ascii="Times New Roman" w:hAnsi="Times New Roman" w:cs="Times New Roman"/>
          <w:color w:val="000000"/>
          <w:sz w:val="28"/>
          <w:szCs w:val="28"/>
        </w:rPr>
        <w:t>Visibilizar experiencias, miradas y sensibilidades vinculadas con el ejercicio docente.</w:t>
      </w:r>
    </w:p>
    <w:p w14:paraId="6A8023BE" w14:textId="77777777" w:rsidR="003D007D" w:rsidRPr="007D1D39" w:rsidRDefault="00A864FD">
      <w:pPr>
        <w:pStyle w:val="Listaconvietas"/>
        <w:rPr>
          <w:rFonts w:ascii="Times New Roman" w:hAnsi="Times New Roman" w:cs="Times New Roman"/>
          <w:sz w:val="28"/>
          <w:szCs w:val="28"/>
        </w:rPr>
      </w:pPr>
      <w:r w:rsidRPr="007D1D39">
        <w:rPr>
          <w:rFonts w:ascii="Times New Roman" w:hAnsi="Times New Roman" w:cs="Times New Roman"/>
          <w:color w:val="000000"/>
          <w:sz w:val="28"/>
          <w:szCs w:val="28"/>
        </w:rPr>
        <w:t>Reconocer a las y los docentes como creadoras y creadores de cultura.</w:t>
      </w:r>
    </w:p>
    <w:p w14:paraId="50E82D87" w14:textId="77777777" w:rsidR="003D007D" w:rsidRPr="007D1D39" w:rsidRDefault="00A864FD" w:rsidP="0044273A">
      <w:pPr>
        <w:pStyle w:val="Listaconvietas"/>
        <w:jc w:val="both"/>
        <w:rPr>
          <w:rFonts w:ascii="Times New Roman" w:hAnsi="Times New Roman" w:cs="Times New Roman"/>
          <w:sz w:val="28"/>
          <w:szCs w:val="28"/>
        </w:rPr>
      </w:pPr>
      <w:r w:rsidRPr="007D1D39">
        <w:rPr>
          <w:rFonts w:ascii="Times New Roman" w:hAnsi="Times New Roman" w:cs="Times New Roman"/>
          <w:color w:val="000000"/>
          <w:sz w:val="28"/>
          <w:szCs w:val="28"/>
        </w:rPr>
        <w:t>Contribuir, mediante la literatura, a preservar la memoria individual y colectiva de la profesión docente.</w:t>
      </w:r>
    </w:p>
    <w:p w14:paraId="76277765" w14:textId="77777777" w:rsidR="003D007D" w:rsidRPr="007D1D39" w:rsidRDefault="00A864FD">
      <w:pPr>
        <w:pStyle w:val="Listaconvietas"/>
        <w:rPr>
          <w:rFonts w:ascii="Times New Roman" w:hAnsi="Times New Roman" w:cs="Times New Roman"/>
          <w:sz w:val="28"/>
          <w:szCs w:val="28"/>
        </w:rPr>
      </w:pPr>
      <w:r w:rsidRPr="007D1D39">
        <w:rPr>
          <w:rFonts w:ascii="Times New Roman" w:hAnsi="Times New Roman" w:cs="Times New Roman"/>
          <w:color w:val="000000"/>
          <w:sz w:val="28"/>
          <w:szCs w:val="28"/>
        </w:rPr>
        <w:t>Fortalecer el vínculo entre educación, literatura, cultura y sociedad.</w:t>
      </w:r>
    </w:p>
    <w:p w14:paraId="631C5859"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4. PARTICIPANTES</w:t>
      </w:r>
    </w:p>
    <w:p w14:paraId="51763582"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Podrán participar profesoras y profesores colegiados de todo Chile, pertenecientes a los distintos niveles y modalidades del sistema educativo.</w:t>
      </w:r>
    </w:p>
    <w:p w14:paraId="3EEF9AA3"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lastRenderedPageBreak/>
        <w:t>La participación será individual. Cada participante podrá presentar una obra original e inédita en la categoría en que postule, de acuerdo con las condiciones establecidas en las presentes bases.</w:t>
      </w:r>
    </w:p>
    <w:p w14:paraId="090C33F6"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5. CATEGORÍAS</w:t>
      </w:r>
    </w:p>
    <w:p w14:paraId="3432288E" w14:textId="4B9AE67B"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 xml:space="preserve">El Concurso </w:t>
      </w:r>
      <w:proofErr w:type="spellStart"/>
      <w:r w:rsidRPr="007D1D39">
        <w:rPr>
          <w:rFonts w:ascii="Times New Roman" w:hAnsi="Times New Roman" w:cs="Times New Roman"/>
          <w:color w:val="000000"/>
          <w:sz w:val="28"/>
          <w:szCs w:val="28"/>
        </w:rPr>
        <w:t>Literario</w:t>
      </w:r>
      <w:proofErr w:type="spellEnd"/>
      <w:r w:rsidRPr="007D1D39">
        <w:rPr>
          <w:rFonts w:ascii="Times New Roman" w:hAnsi="Times New Roman" w:cs="Times New Roman"/>
          <w:color w:val="000000"/>
          <w:sz w:val="28"/>
          <w:szCs w:val="28"/>
        </w:rPr>
        <w:t xml:space="preserve"> Nacional “</w:t>
      </w:r>
      <w:proofErr w:type="spellStart"/>
      <w:r w:rsidR="0044273A" w:rsidRPr="007D1D39">
        <w:rPr>
          <w:rFonts w:ascii="Times New Roman" w:hAnsi="Times New Roman" w:cs="Times New Roman"/>
          <w:color w:val="000000"/>
          <w:sz w:val="28"/>
          <w:szCs w:val="28"/>
        </w:rPr>
        <w:t>Huellas</w:t>
      </w:r>
      <w:proofErr w:type="spellEnd"/>
      <w:r w:rsidRPr="007D1D39">
        <w:rPr>
          <w:rFonts w:ascii="Times New Roman" w:hAnsi="Times New Roman" w:cs="Times New Roman"/>
          <w:color w:val="000000"/>
          <w:sz w:val="28"/>
          <w:szCs w:val="28"/>
        </w:rPr>
        <w:t xml:space="preserve"> del </w:t>
      </w:r>
      <w:proofErr w:type="spellStart"/>
      <w:r w:rsidRPr="007D1D39">
        <w:rPr>
          <w:rFonts w:ascii="Times New Roman" w:hAnsi="Times New Roman" w:cs="Times New Roman"/>
          <w:color w:val="000000"/>
          <w:sz w:val="28"/>
          <w:szCs w:val="28"/>
        </w:rPr>
        <w:t>Magisterio</w:t>
      </w:r>
      <w:proofErr w:type="spellEnd"/>
      <w:r w:rsidRPr="007D1D39">
        <w:rPr>
          <w:rFonts w:ascii="Times New Roman" w:hAnsi="Times New Roman" w:cs="Times New Roman"/>
          <w:color w:val="000000"/>
          <w:sz w:val="28"/>
          <w:szCs w:val="28"/>
        </w:rPr>
        <w:t xml:space="preserve">” 2026 </w:t>
      </w:r>
      <w:proofErr w:type="spellStart"/>
      <w:r w:rsidRPr="007D1D39">
        <w:rPr>
          <w:rFonts w:ascii="Times New Roman" w:hAnsi="Times New Roman" w:cs="Times New Roman"/>
          <w:color w:val="000000"/>
          <w:sz w:val="28"/>
          <w:szCs w:val="28"/>
        </w:rPr>
        <w:t>contempla</w:t>
      </w:r>
      <w:proofErr w:type="spellEnd"/>
      <w:r w:rsidRPr="007D1D39">
        <w:rPr>
          <w:rFonts w:ascii="Times New Roman" w:hAnsi="Times New Roman" w:cs="Times New Roman"/>
          <w:color w:val="000000"/>
          <w:sz w:val="28"/>
          <w:szCs w:val="28"/>
        </w:rPr>
        <w:t xml:space="preserve"> dos categorías:</w:t>
      </w:r>
    </w:p>
    <w:p w14:paraId="034A8E4E"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CATEGORÍA A: CUENTO. Obra narrativa breve vinculada con la temática definida para el certamen.</w:t>
      </w:r>
    </w:p>
    <w:p w14:paraId="5E41FB15"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CATEGORÍA B: POESÍA. Creación poética vinculada con la temática definida para el certamen, con libertad de forma, estructura y estilo.</w:t>
      </w:r>
    </w:p>
    <w:p w14:paraId="244A500A"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Ambas categorías serán evaluadas de manera independiente, considerando las características propias de cada género literario.</w:t>
      </w:r>
    </w:p>
    <w:p w14:paraId="51ED6054"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6. TEMÁTICA: “LA LABOR DOCENTE”</w:t>
      </w:r>
    </w:p>
    <w:p w14:paraId="1A956869"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Las obras deberán estar inspiradas en la labor docente, entendida desde una perspectiva amplia, humana, educativa, social y cultural.</w:t>
      </w:r>
    </w:p>
    <w:p w14:paraId="70D33B37"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Los textos podrán abordar, entre otras dimensiones, experiencias de aula; vínculos entre docentes y estudiantes; vocación; desafíos y transformaciones de la profesión; escuela y comunidad; educación rural o urbana; inclusión; diversidad; memoria docente; territorio; encuentros intergeneracionales; experiencias significativas; sueños, esperanzas y dificultades asociadas al ejercicio de educar.</w:t>
      </w:r>
    </w:p>
    <w:p w14:paraId="72939A39"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La temática podrá ser desarrollada desde la ficción, la evocación, la metáfora, la memoria o la imaginación literaria, evitando restringir la creatividad de las autoras y autores.</w:t>
      </w:r>
    </w:p>
    <w:p w14:paraId="2390769E"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No se evaluará la experiencia relatada en sí misma, sino la calidad de su transformación en una obra literaria.</w:t>
      </w:r>
    </w:p>
    <w:p w14:paraId="78235340"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7. REQUISITOS GENERALES DE LAS OBRAS</w:t>
      </w:r>
    </w:p>
    <w:p w14:paraId="7E3DC5DE" w14:textId="77777777" w:rsidR="003D007D" w:rsidRPr="007D1D39" w:rsidRDefault="00A864FD">
      <w:pPr>
        <w:pStyle w:val="Listaconvietas"/>
        <w:rPr>
          <w:rFonts w:ascii="Times New Roman" w:hAnsi="Times New Roman" w:cs="Times New Roman"/>
          <w:sz w:val="28"/>
          <w:szCs w:val="28"/>
        </w:rPr>
      </w:pPr>
      <w:r w:rsidRPr="007D1D39">
        <w:rPr>
          <w:rFonts w:ascii="Times New Roman" w:hAnsi="Times New Roman" w:cs="Times New Roman"/>
          <w:color w:val="000000"/>
          <w:sz w:val="28"/>
          <w:szCs w:val="28"/>
        </w:rPr>
        <w:t>Ser de autoría propia, originales e inéditas.</w:t>
      </w:r>
    </w:p>
    <w:p w14:paraId="22DCCD29" w14:textId="77777777" w:rsidR="003D007D" w:rsidRPr="007D1D39" w:rsidRDefault="00A864FD">
      <w:pPr>
        <w:pStyle w:val="Listaconvietas"/>
        <w:rPr>
          <w:rFonts w:ascii="Times New Roman" w:hAnsi="Times New Roman" w:cs="Times New Roman"/>
          <w:sz w:val="28"/>
          <w:szCs w:val="28"/>
        </w:rPr>
      </w:pPr>
      <w:r w:rsidRPr="007D1D39">
        <w:rPr>
          <w:rFonts w:ascii="Times New Roman" w:hAnsi="Times New Roman" w:cs="Times New Roman"/>
          <w:color w:val="000000"/>
          <w:sz w:val="28"/>
          <w:szCs w:val="28"/>
        </w:rPr>
        <w:t>Estar escritas en idioma español.</w:t>
      </w:r>
    </w:p>
    <w:p w14:paraId="0BB76CF3" w14:textId="77777777" w:rsidR="003D007D" w:rsidRPr="007D1D39" w:rsidRDefault="00A864FD" w:rsidP="0044273A">
      <w:pPr>
        <w:pStyle w:val="Listaconvietas"/>
        <w:jc w:val="both"/>
        <w:rPr>
          <w:rFonts w:ascii="Times New Roman" w:hAnsi="Times New Roman" w:cs="Times New Roman"/>
          <w:sz w:val="28"/>
          <w:szCs w:val="28"/>
        </w:rPr>
      </w:pPr>
      <w:r w:rsidRPr="007D1D39">
        <w:rPr>
          <w:rFonts w:ascii="Times New Roman" w:hAnsi="Times New Roman" w:cs="Times New Roman"/>
          <w:color w:val="000000"/>
          <w:sz w:val="28"/>
          <w:szCs w:val="28"/>
        </w:rPr>
        <w:t>No haber sido publicadas previamente en libros, revistas, antologías, sitios web, blogs, redes sociales u otros medios impresos o digitales.</w:t>
      </w:r>
    </w:p>
    <w:p w14:paraId="16DB4B98" w14:textId="77777777" w:rsidR="003D007D" w:rsidRPr="007D1D39" w:rsidRDefault="00A864FD" w:rsidP="0044273A">
      <w:pPr>
        <w:pStyle w:val="Listaconvietas"/>
        <w:jc w:val="both"/>
        <w:rPr>
          <w:rFonts w:ascii="Times New Roman" w:hAnsi="Times New Roman" w:cs="Times New Roman"/>
          <w:sz w:val="28"/>
          <w:szCs w:val="28"/>
        </w:rPr>
      </w:pPr>
      <w:r w:rsidRPr="007D1D39">
        <w:rPr>
          <w:rFonts w:ascii="Times New Roman" w:hAnsi="Times New Roman" w:cs="Times New Roman"/>
          <w:color w:val="000000"/>
          <w:sz w:val="28"/>
          <w:szCs w:val="28"/>
        </w:rPr>
        <w:t>No encontrarse participando simultáneamente en otro concurso cuyo fallo esté pendiente.</w:t>
      </w:r>
    </w:p>
    <w:p w14:paraId="75EFCB3A" w14:textId="77777777" w:rsidR="003D007D" w:rsidRPr="007D1D39" w:rsidRDefault="00A864FD">
      <w:pPr>
        <w:pStyle w:val="Listaconvietas"/>
        <w:rPr>
          <w:rFonts w:ascii="Times New Roman" w:hAnsi="Times New Roman" w:cs="Times New Roman"/>
          <w:sz w:val="28"/>
          <w:szCs w:val="28"/>
        </w:rPr>
      </w:pPr>
      <w:r w:rsidRPr="007D1D39">
        <w:rPr>
          <w:rFonts w:ascii="Times New Roman" w:hAnsi="Times New Roman" w:cs="Times New Roman"/>
          <w:color w:val="000000"/>
          <w:sz w:val="28"/>
          <w:szCs w:val="28"/>
        </w:rPr>
        <w:lastRenderedPageBreak/>
        <w:t>Responder a la temática “La labor docente”.</w:t>
      </w:r>
    </w:p>
    <w:p w14:paraId="0B545514" w14:textId="77777777" w:rsidR="003D007D" w:rsidRPr="007D1D39" w:rsidRDefault="00A864FD">
      <w:pPr>
        <w:pStyle w:val="Listaconvietas"/>
        <w:rPr>
          <w:rFonts w:ascii="Times New Roman" w:hAnsi="Times New Roman" w:cs="Times New Roman"/>
          <w:sz w:val="28"/>
          <w:szCs w:val="28"/>
        </w:rPr>
      </w:pPr>
      <w:r w:rsidRPr="007D1D39">
        <w:rPr>
          <w:rFonts w:ascii="Times New Roman" w:hAnsi="Times New Roman" w:cs="Times New Roman"/>
          <w:color w:val="000000"/>
          <w:sz w:val="28"/>
          <w:szCs w:val="28"/>
        </w:rPr>
        <w:t>Cumplir las condiciones específicas de la categoría correspondiente.</w:t>
      </w:r>
    </w:p>
    <w:p w14:paraId="3D508E0C" w14:textId="77777777" w:rsidR="003D007D" w:rsidRPr="007D1D39" w:rsidRDefault="00A864FD" w:rsidP="0044273A">
      <w:pPr>
        <w:pStyle w:val="Listaconvietas"/>
        <w:jc w:val="both"/>
        <w:rPr>
          <w:rFonts w:ascii="Times New Roman" w:hAnsi="Times New Roman" w:cs="Times New Roman"/>
          <w:sz w:val="28"/>
          <w:szCs w:val="28"/>
        </w:rPr>
      </w:pPr>
      <w:r w:rsidRPr="007D1D39">
        <w:rPr>
          <w:rFonts w:ascii="Times New Roman" w:hAnsi="Times New Roman" w:cs="Times New Roman"/>
          <w:color w:val="000000"/>
          <w:sz w:val="28"/>
          <w:szCs w:val="28"/>
        </w:rPr>
        <w:t>La organización podrá declarar inadmisibles aquellas obras que no cumplan los requisitos establecidos en estas bases.</w:t>
      </w:r>
    </w:p>
    <w:p w14:paraId="56663B86" w14:textId="77777777" w:rsidR="003D007D" w:rsidRPr="007D1D39" w:rsidRDefault="00A864FD">
      <w:pPr>
        <w:pStyle w:val="Ttulo1"/>
        <w:rPr>
          <w:rFonts w:ascii="Times New Roman" w:hAnsi="Times New Roman" w:cs="Times New Roman"/>
          <w:color w:val="000000"/>
        </w:rPr>
      </w:pPr>
      <w:r w:rsidRPr="007D1D39">
        <w:rPr>
          <w:rFonts w:ascii="Times New Roman" w:hAnsi="Times New Roman" w:cs="Times New Roman"/>
          <w:color w:val="000000"/>
        </w:rPr>
        <w:t>8. REQUISITOS ESPECÍFICOS</w:t>
      </w:r>
    </w:p>
    <w:p w14:paraId="2B06635D" w14:textId="77777777" w:rsidR="00FD0FAA" w:rsidRPr="007D1D39" w:rsidRDefault="00FD0FAA" w:rsidP="00FD0FAA">
      <w:pPr>
        <w:rPr>
          <w:rFonts w:ascii="Times New Roman" w:hAnsi="Times New Roman" w:cs="Times New Roman"/>
        </w:rPr>
      </w:pPr>
    </w:p>
    <w:p w14:paraId="2F1EBEE7" w14:textId="21897C24" w:rsidR="003D007D" w:rsidRPr="007D1D39" w:rsidRDefault="00A864FD">
      <w:pPr>
        <w:rPr>
          <w:rFonts w:ascii="Times New Roman" w:hAnsi="Times New Roman" w:cs="Times New Roman"/>
          <w:color w:val="000000"/>
          <w:sz w:val="28"/>
          <w:szCs w:val="28"/>
        </w:rPr>
      </w:pPr>
      <w:r w:rsidRPr="007D1D39">
        <w:rPr>
          <w:rFonts w:ascii="Times New Roman" w:hAnsi="Times New Roman" w:cs="Times New Roman"/>
          <w:color w:val="000000"/>
          <w:sz w:val="28"/>
          <w:szCs w:val="28"/>
          <w:u w:val="single"/>
        </w:rPr>
        <w:t>CATEGORÍA CUENTO</w:t>
      </w:r>
      <w:r w:rsidRPr="007D1D39">
        <w:rPr>
          <w:rFonts w:ascii="Times New Roman" w:hAnsi="Times New Roman" w:cs="Times New Roman"/>
          <w:color w:val="000000"/>
          <w:sz w:val="28"/>
          <w:szCs w:val="28"/>
        </w:rPr>
        <w:br/>
        <w:t xml:space="preserve">• </w:t>
      </w:r>
      <w:proofErr w:type="spellStart"/>
      <w:r w:rsidRPr="007D1D39">
        <w:rPr>
          <w:rFonts w:ascii="Times New Roman" w:hAnsi="Times New Roman" w:cs="Times New Roman"/>
          <w:color w:val="000000"/>
          <w:sz w:val="28"/>
          <w:szCs w:val="28"/>
        </w:rPr>
        <w:t>Extensión</w:t>
      </w:r>
      <w:proofErr w:type="spellEnd"/>
      <w:r w:rsidRPr="007D1D39">
        <w:rPr>
          <w:rFonts w:ascii="Times New Roman" w:hAnsi="Times New Roman" w:cs="Times New Roman"/>
          <w:color w:val="000000"/>
          <w:sz w:val="28"/>
          <w:szCs w:val="28"/>
        </w:rPr>
        <w:t xml:space="preserve">: </w:t>
      </w:r>
      <w:r w:rsidR="00281D6B" w:rsidRPr="007D1D39">
        <w:rPr>
          <w:rFonts w:ascii="Times New Roman" w:hAnsi="Times New Roman" w:cs="Times New Roman"/>
          <w:color w:val="000000"/>
          <w:sz w:val="28"/>
          <w:szCs w:val="28"/>
        </w:rPr>
        <w:t>entre 1.000 y 2.000 palabras</w:t>
      </w:r>
      <w:r w:rsidRPr="007D1D39">
        <w:rPr>
          <w:rFonts w:ascii="Times New Roman" w:hAnsi="Times New Roman" w:cs="Times New Roman"/>
          <w:color w:val="000000"/>
          <w:sz w:val="28"/>
          <w:szCs w:val="28"/>
        </w:rPr>
        <w:t>.</w:t>
      </w:r>
      <w:r w:rsidRPr="007D1D39">
        <w:rPr>
          <w:rFonts w:ascii="Times New Roman" w:hAnsi="Times New Roman" w:cs="Times New Roman"/>
          <w:color w:val="000000"/>
          <w:sz w:val="28"/>
          <w:szCs w:val="28"/>
        </w:rPr>
        <w:br/>
        <w:t>• Archivo Word.</w:t>
      </w:r>
      <w:r w:rsidRPr="007D1D39">
        <w:rPr>
          <w:rFonts w:ascii="Times New Roman" w:hAnsi="Times New Roman" w:cs="Times New Roman"/>
          <w:color w:val="000000"/>
          <w:sz w:val="28"/>
          <w:szCs w:val="28"/>
        </w:rPr>
        <w:br/>
        <w:t>• Letra Arial, tamaño 12.</w:t>
      </w:r>
      <w:r w:rsidRPr="007D1D39">
        <w:rPr>
          <w:rFonts w:ascii="Times New Roman" w:hAnsi="Times New Roman" w:cs="Times New Roman"/>
          <w:color w:val="000000"/>
          <w:sz w:val="28"/>
          <w:szCs w:val="28"/>
        </w:rPr>
        <w:br/>
        <w:t>• Interlineado 1,5.</w:t>
      </w:r>
      <w:r w:rsidRPr="007D1D39">
        <w:rPr>
          <w:rFonts w:ascii="Times New Roman" w:hAnsi="Times New Roman" w:cs="Times New Roman"/>
          <w:color w:val="000000"/>
          <w:sz w:val="28"/>
          <w:szCs w:val="28"/>
        </w:rPr>
        <w:br/>
        <w:t>• Texto justificado.</w:t>
      </w:r>
      <w:r w:rsidRPr="007D1D39">
        <w:rPr>
          <w:rFonts w:ascii="Times New Roman" w:hAnsi="Times New Roman" w:cs="Times New Roman"/>
          <w:color w:val="000000"/>
          <w:sz w:val="28"/>
          <w:szCs w:val="28"/>
        </w:rPr>
        <w:br/>
        <w:t>• Título de la obra claramente identificado.</w:t>
      </w:r>
    </w:p>
    <w:p w14:paraId="498E6EC5" w14:textId="77777777" w:rsidR="00FD0FAA" w:rsidRPr="007D1D39" w:rsidRDefault="00FD0FAA">
      <w:pPr>
        <w:rPr>
          <w:rFonts w:ascii="Times New Roman" w:hAnsi="Times New Roman" w:cs="Times New Roman"/>
          <w:sz w:val="28"/>
          <w:szCs w:val="28"/>
        </w:rPr>
      </w:pPr>
    </w:p>
    <w:p w14:paraId="783C6703" w14:textId="1D6421E7" w:rsidR="003D007D" w:rsidRPr="007D1D39" w:rsidRDefault="00A864FD">
      <w:pPr>
        <w:rPr>
          <w:rFonts w:ascii="Times New Roman" w:hAnsi="Times New Roman" w:cs="Times New Roman"/>
          <w:sz w:val="28"/>
          <w:szCs w:val="28"/>
        </w:rPr>
      </w:pPr>
      <w:r w:rsidRPr="007D1D39">
        <w:rPr>
          <w:rFonts w:ascii="Times New Roman" w:hAnsi="Times New Roman" w:cs="Times New Roman"/>
          <w:color w:val="000000"/>
          <w:sz w:val="28"/>
          <w:szCs w:val="28"/>
          <w:u w:val="single"/>
        </w:rPr>
        <w:t>CATEGORÍA POESÍA</w:t>
      </w:r>
      <w:r w:rsidRPr="007D1D39">
        <w:rPr>
          <w:rFonts w:ascii="Times New Roman" w:hAnsi="Times New Roman" w:cs="Times New Roman"/>
          <w:color w:val="000000"/>
          <w:sz w:val="28"/>
          <w:szCs w:val="28"/>
        </w:rPr>
        <w:br/>
        <w:t xml:space="preserve">• </w:t>
      </w:r>
      <w:proofErr w:type="spellStart"/>
      <w:r w:rsidRPr="007D1D39">
        <w:rPr>
          <w:rFonts w:ascii="Times New Roman" w:hAnsi="Times New Roman" w:cs="Times New Roman"/>
          <w:color w:val="000000"/>
          <w:sz w:val="28"/>
          <w:szCs w:val="28"/>
        </w:rPr>
        <w:t>Extensión</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máximo</w:t>
      </w:r>
      <w:proofErr w:type="spellEnd"/>
      <w:r w:rsidRPr="007D1D39">
        <w:rPr>
          <w:rFonts w:ascii="Times New Roman" w:hAnsi="Times New Roman" w:cs="Times New Roman"/>
          <w:color w:val="000000"/>
          <w:sz w:val="28"/>
          <w:szCs w:val="28"/>
        </w:rPr>
        <w:t xml:space="preserve"> </w:t>
      </w:r>
      <w:r w:rsidR="00281D6B" w:rsidRPr="007D1D39">
        <w:rPr>
          <w:rFonts w:ascii="Times New Roman" w:hAnsi="Times New Roman" w:cs="Times New Roman"/>
          <w:color w:val="000000"/>
          <w:sz w:val="28"/>
          <w:szCs w:val="28"/>
        </w:rPr>
        <w:t>40 versos</w:t>
      </w:r>
      <w:r w:rsidRPr="007D1D39">
        <w:rPr>
          <w:rFonts w:ascii="Times New Roman" w:hAnsi="Times New Roman" w:cs="Times New Roman"/>
          <w:color w:val="000000"/>
          <w:sz w:val="28"/>
          <w:szCs w:val="28"/>
        </w:rPr>
        <w:t>.</w:t>
      </w:r>
      <w:r w:rsidRPr="007D1D39">
        <w:rPr>
          <w:rFonts w:ascii="Times New Roman" w:hAnsi="Times New Roman" w:cs="Times New Roman"/>
          <w:color w:val="000000"/>
          <w:sz w:val="28"/>
          <w:szCs w:val="28"/>
        </w:rPr>
        <w:br/>
        <w:t>• Archivo Word.</w:t>
      </w:r>
      <w:r w:rsidRPr="007D1D39">
        <w:rPr>
          <w:rFonts w:ascii="Times New Roman" w:hAnsi="Times New Roman" w:cs="Times New Roman"/>
          <w:color w:val="000000"/>
          <w:sz w:val="28"/>
          <w:szCs w:val="28"/>
        </w:rPr>
        <w:br/>
        <w:t>• Letra Arial, tamaño 12.</w:t>
      </w:r>
      <w:r w:rsidRPr="007D1D39">
        <w:rPr>
          <w:rFonts w:ascii="Times New Roman" w:hAnsi="Times New Roman" w:cs="Times New Roman"/>
          <w:color w:val="000000"/>
          <w:sz w:val="28"/>
          <w:szCs w:val="28"/>
        </w:rPr>
        <w:br/>
        <w:t>• Interlineado 1,5.</w:t>
      </w:r>
      <w:r w:rsidRPr="007D1D39">
        <w:rPr>
          <w:rFonts w:ascii="Times New Roman" w:hAnsi="Times New Roman" w:cs="Times New Roman"/>
          <w:color w:val="000000"/>
          <w:sz w:val="28"/>
          <w:szCs w:val="28"/>
        </w:rPr>
        <w:br/>
        <w:t>• Título de la obra claramente identificado.</w:t>
      </w:r>
      <w:r w:rsidRPr="007D1D39">
        <w:rPr>
          <w:rFonts w:ascii="Times New Roman" w:hAnsi="Times New Roman" w:cs="Times New Roman"/>
          <w:color w:val="000000"/>
          <w:sz w:val="28"/>
          <w:szCs w:val="28"/>
        </w:rPr>
        <w:br/>
        <w:t>• La estructura, métrica, rima y estilo serán de libre elección de la autora o autor.</w:t>
      </w:r>
    </w:p>
    <w:p w14:paraId="4048CA10"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Se valorará la libertad creadora y no se privilegiará una determinada corriente, estructura o estilo poético.</w:t>
      </w:r>
    </w:p>
    <w:p w14:paraId="437C97E9"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9. IDENTIFICACIÓN Y ENVÍO</w:t>
      </w:r>
    </w:p>
    <w:p w14:paraId="7B363A67" w14:textId="77777777" w:rsidR="00806B9A" w:rsidRPr="007D1D39" w:rsidRDefault="00A864FD" w:rsidP="00806B9A">
      <w:pPr>
        <w:spacing w:after="0" w:line="240" w:lineRule="auto"/>
        <w:jc w:val="both"/>
        <w:rPr>
          <w:rFonts w:ascii="Times New Roman" w:hAnsi="Times New Roman" w:cs="Times New Roman"/>
          <w:color w:val="000000"/>
          <w:sz w:val="28"/>
          <w:szCs w:val="28"/>
        </w:rPr>
      </w:pPr>
      <w:r w:rsidRPr="007D1D39">
        <w:rPr>
          <w:rFonts w:ascii="Times New Roman" w:hAnsi="Times New Roman" w:cs="Times New Roman"/>
          <w:color w:val="000000"/>
          <w:sz w:val="28"/>
          <w:szCs w:val="28"/>
        </w:rPr>
        <w:t xml:space="preserve">Cada participante deberá acompañar </w:t>
      </w:r>
      <w:proofErr w:type="spellStart"/>
      <w:r w:rsidRPr="007D1D39">
        <w:rPr>
          <w:rFonts w:ascii="Times New Roman" w:hAnsi="Times New Roman" w:cs="Times New Roman"/>
          <w:color w:val="000000"/>
          <w:sz w:val="28"/>
          <w:szCs w:val="28"/>
        </w:rPr>
        <w:t>su</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obra</w:t>
      </w:r>
      <w:proofErr w:type="spellEnd"/>
      <w:r w:rsidRPr="007D1D39">
        <w:rPr>
          <w:rFonts w:ascii="Times New Roman" w:hAnsi="Times New Roman" w:cs="Times New Roman"/>
          <w:color w:val="000000"/>
          <w:sz w:val="28"/>
          <w:szCs w:val="28"/>
        </w:rPr>
        <w:t xml:space="preserve"> con </w:t>
      </w:r>
      <w:proofErr w:type="spellStart"/>
      <w:r w:rsidRPr="007D1D39">
        <w:rPr>
          <w:rFonts w:ascii="Times New Roman" w:hAnsi="Times New Roman" w:cs="Times New Roman"/>
          <w:color w:val="000000"/>
          <w:sz w:val="28"/>
          <w:szCs w:val="28"/>
        </w:rPr>
        <w:t>los</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siguientes</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antecedentes</w:t>
      </w:r>
      <w:proofErr w:type="spellEnd"/>
      <w:r w:rsidRPr="007D1D39">
        <w:rPr>
          <w:rFonts w:ascii="Times New Roman" w:hAnsi="Times New Roman" w:cs="Times New Roman"/>
          <w:color w:val="000000"/>
          <w:sz w:val="28"/>
          <w:szCs w:val="28"/>
        </w:rPr>
        <w:t xml:space="preserve">: </w:t>
      </w:r>
    </w:p>
    <w:p w14:paraId="3A472EC7" w14:textId="77777777" w:rsidR="00806B9A" w:rsidRPr="007D1D39" w:rsidRDefault="00806B9A" w:rsidP="00806B9A">
      <w:pPr>
        <w:spacing w:after="0" w:line="240" w:lineRule="auto"/>
        <w:jc w:val="both"/>
        <w:rPr>
          <w:rFonts w:ascii="Times New Roman" w:hAnsi="Times New Roman" w:cs="Times New Roman"/>
          <w:color w:val="000000"/>
          <w:sz w:val="28"/>
          <w:szCs w:val="28"/>
        </w:rPr>
      </w:pPr>
    </w:p>
    <w:p w14:paraId="359143ED" w14:textId="6A6B87D7" w:rsidR="00806B9A" w:rsidRPr="007D1D39" w:rsidRDefault="00806B9A" w:rsidP="00806B9A">
      <w:pPr>
        <w:pStyle w:val="Prrafodelista"/>
        <w:numPr>
          <w:ilvl w:val="0"/>
          <w:numId w:val="12"/>
        </w:numPr>
        <w:spacing w:after="0" w:line="240" w:lineRule="auto"/>
        <w:jc w:val="both"/>
        <w:rPr>
          <w:rFonts w:ascii="Times New Roman" w:hAnsi="Times New Roman" w:cs="Times New Roman"/>
          <w:color w:val="000000"/>
          <w:sz w:val="28"/>
          <w:szCs w:val="28"/>
        </w:rPr>
      </w:pPr>
      <w:r w:rsidRPr="007D1D39">
        <w:rPr>
          <w:rFonts w:ascii="Times New Roman" w:hAnsi="Times New Roman" w:cs="Times New Roman"/>
          <w:color w:val="000000"/>
          <w:sz w:val="28"/>
          <w:szCs w:val="28"/>
        </w:rPr>
        <w:t>N</w:t>
      </w:r>
      <w:r w:rsidR="00A864FD" w:rsidRPr="007D1D39">
        <w:rPr>
          <w:rFonts w:ascii="Times New Roman" w:hAnsi="Times New Roman" w:cs="Times New Roman"/>
          <w:color w:val="000000"/>
          <w:sz w:val="28"/>
          <w:szCs w:val="28"/>
        </w:rPr>
        <w:t xml:space="preserve">ombre </w:t>
      </w:r>
      <w:proofErr w:type="spellStart"/>
      <w:r w:rsidRPr="007D1D39">
        <w:rPr>
          <w:rFonts w:ascii="Times New Roman" w:hAnsi="Times New Roman" w:cs="Times New Roman"/>
          <w:color w:val="000000"/>
          <w:sz w:val="28"/>
          <w:szCs w:val="28"/>
        </w:rPr>
        <w:t>completo</w:t>
      </w:r>
      <w:proofErr w:type="spellEnd"/>
      <w:r w:rsidRPr="007D1D39">
        <w:rPr>
          <w:rFonts w:ascii="Times New Roman" w:hAnsi="Times New Roman" w:cs="Times New Roman"/>
          <w:color w:val="000000"/>
          <w:sz w:val="28"/>
          <w:szCs w:val="28"/>
        </w:rPr>
        <w:t>.</w:t>
      </w:r>
    </w:p>
    <w:p w14:paraId="02A557AD" w14:textId="0DEC923B" w:rsidR="00806B9A" w:rsidRPr="007D1D39" w:rsidRDefault="00806B9A" w:rsidP="00806B9A">
      <w:pPr>
        <w:pStyle w:val="Prrafodelista"/>
        <w:numPr>
          <w:ilvl w:val="0"/>
          <w:numId w:val="12"/>
        </w:numPr>
        <w:spacing w:after="0" w:line="240" w:lineRule="auto"/>
        <w:jc w:val="both"/>
        <w:rPr>
          <w:rFonts w:ascii="Times New Roman" w:hAnsi="Times New Roman" w:cs="Times New Roman"/>
          <w:color w:val="000000"/>
          <w:sz w:val="28"/>
          <w:szCs w:val="28"/>
        </w:rPr>
      </w:pPr>
      <w:r w:rsidRPr="007D1D39">
        <w:rPr>
          <w:rFonts w:ascii="Times New Roman" w:hAnsi="Times New Roman" w:cs="Times New Roman"/>
          <w:color w:val="000000"/>
          <w:sz w:val="28"/>
          <w:szCs w:val="28"/>
        </w:rPr>
        <w:t>Cédula de Identidad.</w:t>
      </w:r>
      <w:r w:rsidR="00A864FD" w:rsidRPr="007D1D39">
        <w:rPr>
          <w:rFonts w:ascii="Times New Roman" w:hAnsi="Times New Roman" w:cs="Times New Roman"/>
          <w:color w:val="000000"/>
          <w:sz w:val="28"/>
          <w:szCs w:val="28"/>
        </w:rPr>
        <w:t xml:space="preserve"> </w:t>
      </w:r>
    </w:p>
    <w:p w14:paraId="42B12808" w14:textId="358698B9" w:rsidR="00806B9A" w:rsidRPr="007D1D39" w:rsidRDefault="00806B9A" w:rsidP="00806B9A">
      <w:pPr>
        <w:pStyle w:val="Prrafodelista"/>
        <w:numPr>
          <w:ilvl w:val="0"/>
          <w:numId w:val="12"/>
        </w:numPr>
        <w:spacing w:after="0" w:line="240" w:lineRule="auto"/>
        <w:jc w:val="both"/>
        <w:rPr>
          <w:rFonts w:ascii="Times New Roman" w:hAnsi="Times New Roman" w:cs="Times New Roman"/>
          <w:color w:val="000000"/>
          <w:sz w:val="28"/>
          <w:szCs w:val="28"/>
        </w:rPr>
      </w:pPr>
      <w:proofErr w:type="spellStart"/>
      <w:r w:rsidRPr="007D1D39">
        <w:rPr>
          <w:rFonts w:ascii="Times New Roman" w:hAnsi="Times New Roman" w:cs="Times New Roman"/>
          <w:color w:val="000000"/>
          <w:sz w:val="28"/>
          <w:szCs w:val="28"/>
        </w:rPr>
        <w:t>R</w:t>
      </w:r>
      <w:r w:rsidR="00A864FD" w:rsidRPr="007D1D39">
        <w:rPr>
          <w:rFonts w:ascii="Times New Roman" w:hAnsi="Times New Roman" w:cs="Times New Roman"/>
          <w:color w:val="000000"/>
          <w:sz w:val="28"/>
          <w:szCs w:val="28"/>
        </w:rPr>
        <w:t>egión</w:t>
      </w:r>
      <w:proofErr w:type="spellEnd"/>
      <w:r w:rsidR="00A864FD" w:rsidRPr="007D1D39">
        <w:rPr>
          <w:rFonts w:ascii="Times New Roman" w:hAnsi="Times New Roman" w:cs="Times New Roman"/>
          <w:color w:val="000000"/>
          <w:sz w:val="28"/>
          <w:szCs w:val="28"/>
        </w:rPr>
        <w:t xml:space="preserve"> y </w:t>
      </w:r>
      <w:proofErr w:type="spellStart"/>
      <w:r w:rsidR="00A864FD" w:rsidRPr="007D1D39">
        <w:rPr>
          <w:rFonts w:ascii="Times New Roman" w:hAnsi="Times New Roman" w:cs="Times New Roman"/>
          <w:color w:val="000000"/>
          <w:sz w:val="28"/>
          <w:szCs w:val="28"/>
        </w:rPr>
        <w:t>comuna</w:t>
      </w:r>
      <w:proofErr w:type="spellEnd"/>
      <w:r w:rsidR="00A864FD" w:rsidRPr="007D1D39">
        <w:rPr>
          <w:rFonts w:ascii="Times New Roman" w:hAnsi="Times New Roman" w:cs="Times New Roman"/>
          <w:color w:val="000000"/>
          <w:sz w:val="28"/>
          <w:szCs w:val="28"/>
        </w:rPr>
        <w:t xml:space="preserve">; </w:t>
      </w:r>
    </w:p>
    <w:p w14:paraId="064D024F" w14:textId="4B2D20E9" w:rsidR="00806B9A" w:rsidRPr="007D1D39" w:rsidRDefault="00806B9A" w:rsidP="00806B9A">
      <w:pPr>
        <w:pStyle w:val="Prrafodelista"/>
        <w:numPr>
          <w:ilvl w:val="0"/>
          <w:numId w:val="12"/>
        </w:numPr>
        <w:spacing w:after="0" w:line="240" w:lineRule="auto"/>
        <w:jc w:val="both"/>
        <w:rPr>
          <w:rFonts w:ascii="Times New Roman" w:hAnsi="Times New Roman" w:cs="Times New Roman"/>
          <w:color w:val="000000"/>
          <w:sz w:val="28"/>
          <w:szCs w:val="28"/>
        </w:rPr>
      </w:pPr>
      <w:proofErr w:type="spellStart"/>
      <w:r w:rsidRPr="007D1D39">
        <w:rPr>
          <w:rFonts w:ascii="Times New Roman" w:hAnsi="Times New Roman" w:cs="Times New Roman"/>
          <w:color w:val="000000"/>
          <w:sz w:val="28"/>
          <w:szCs w:val="28"/>
        </w:rPr>
        <w:t>E</w:t>
      </w:r>
      <w:r w:rsidR="00A864FD" w:rsidRPr="007D1D39">
        <w:rPr>
          <w:rFonts w:ascii="Times New Roman" w:hAnsi="Times New Roman" w:cs="Times New Roman"/>
          <w:color w:val="000000"/>
          <w:sz w:val="28"/>
          <w:szCs w:val="28"/>
        </w:rPr>
        <w:t>stablecimiento</w:t>
      </w:r>
      <w:proofErr w:type="spellEnd"/>
      <w:r w:rsidR="00A864FD" w:rsidRPr="007D1D39">
        <w:rPr>
          <w:rFonts w:ascii="Times New Roman" w:hAnsi="Times New Roman" w:cs="Times New Roman"/>
          <w:color w:val="000000"/>
          <w:sz w:val="28"/>
          <w:szCs w:val="28"/>
        </w:rPr>
        <w:t xml:space="preserve"> o </w:t>
      </w:r>
      <w:proofErr w:type="spellStart"/>
      <w:r w:rsidR="00A864FD" w:rsidRPr="007D1D39">
        <w:rPr>
          <w:rFonts w:ascii="Times New Roman" w:hAnsi="Times New Roman" w:cs="Times New Roman"/>
          <w:color w:val="000000"/>
          <w:sz w:val="28"/>
          <w:szCs w:val="28"/>
        </w:rPr>
        <w:t>institución</w:t>
      </w:r>
      <w:proofErr w:type="spellEnd"/>
      <w:r w:rsidR="00A864FD" w:rsidRPr="007D1D39">
        <w:rPr>
          <w:rFonts w:ascii="Times New Roman" w:hAnsi="Times New Roman" w:cs="Times New Roman"/>
          <w:color w:val="000000"/>
          <w:sz w:val="28"/>
          <w:szCs w:val="28"/>
        </w:rPr>
        <w:t xml:space="preserve"> </w:t>
      </w:r>
      <w:proofErr w:type="spellStart"/>
      <w:r w:rsidR="00A864FD" w:rsidRPr="007D1D39">
        <w:rPr>
          <w:rFonts w:ascii="Times New Roman" w:hAnsi="Times New Roman" w:cs="Times New Roman"/>
          <w:color w:val="000000"/>
          <w:sz w:val="28"/>
          <w:szCs w:val="28"/>
        </w:rPr>
        <w:t>educacional</w:t>
      </w:r>
      <w:proofErr w:type="spellEnd"/>
      <w:r w:rsidR="00A864FD" w:rsidRPr="007D1D39">
        <w:rPr>
          <w:rFonts w:ascii="Times New Roman" w:hAnsi="Times New Roman" w:cs="Times New Roman"/>
          <w:color w:val="000000"/>
          <w:sz w:val="28"/>
          <w:szCs w:val="28"/>
        </w:rPr>
        <w:t xml:space="preserve"> a la que pertenece; </w:t>
      </w:r>
    </w:p>
    <w:p w14:paraId="64C8C8BB" w14:textId="4AD62CC0" w:rsidR="00806B9A" w:rsidRPr="007D1D39" w:rsidRDefault="00806B9A" w:rsidP="00806B9A">
      <w:pPr>
        <w:pStyle w:val="Prrafodelista"/>
        <w:numPr>
          <w:ilvl w:val="0"/>
          <w:numId w:val="12"/>
        </w:numPr>
        <w:spacing w:after="0" w:line="240" w:lineRule="auto"/>
        <w:jc w:val="both"/>
        <w:rPr>
          <w:rFonts w:ascii="Times New Roman" w:hAnsi="Times New Roman" w:cs="Times New Roman"/>
          <w:color w:val="000000"/>
          <w:sz w:val="28"/>
          <w:szCs w:val="28"/>
        </w:rPr>
      </w:pPr>
      <w:r w:rsidRPr="007D1D39">
        <w:rPr>
          <w:rFonts w:ascii="Times New Roman" w:hAnsi="Times New Roman" w:cs="Times New Roman"/>
          <w:color w:val="000000"/>
          <w:sz w:val="28"/>
          <w:szCs w:val="28"/>
        </w:rPr>
        <w:t>C</w:t>
      </w:r>
      <w:r w:rsidR="00A864FD" w:rsidRPr="007D1D39">
        <w:rPr>
          <w:rFonts w:ascii="Times New Roman" w:hAnsi="Times New Roman" w:cs="Times New Roman"/>
          <w:color w:val="000000"/>
          <w:sz w:val="28"/>
          <w:szCs w:val="28"/>
        </w:rPr>
        <w:t xml:space="preserve">orreo </w:t>
      </w:r>
      <w:proofErr w:type="spellStart"/>
      <w:r w:rsidR="00A864FD" w:rsidRPr="007D1D39">
        <w:rPr>
          <w:rFonts w:ascii="Times New Roman" w:hAnsi="Times New Roman" w:cs="Times New Roman"/>
          <w:color w:val="000000"/>
          <w:sz w:val="28"/>
          <w:szCs w:val="28"/>
        </w:rPr>
        <w:t>electrónico</w:t>
      </w:r>
      <w:proofErr w:type="spellEnd"/>
      <w:r w:rsidR="00A864FD" w:rsidRPr="007D1D39">
        <w:rPr>
          <w:rFonts w:ascii="Times New Roman" w:hAnsi="Times New Roman" w:cs="Times New Roman"/>
          <w:color w:val="000000"/>
          <w:sz w:val="28"/>
          <w:szCs w:val="28"/>
        </w:rPr>
        <w:t xml:space="preserve">; </w:t>
      </w:r>
    </w:p>
    <w:p w14:paraId="1DDCA628" w14:textId="5DB9E7EB" w:rsidR="003D007D" w:rsidRPr="007D1D39" w:rsidRDefault="00806B9A" w:rsidP="00806B9A">
      <w:pPr>
        <w:pStyle w:val="Prrafodelista"/>
        <w:numPr>
          <w:ilvl w:val="0"/>
          <w:numId w:val="12"/>
        </w:numPr>
        <w:spacing w:after="0" w:line="240" w:lineRule="auto"/>
        <w:jc w:val="both"/>
        <w:rPr>
          <w:rFonts w:ascii="Times New Roman" w:hAnsi="Times New Roman" w:cs="Times New Roman"/>
          <w:color w:val="000000"/>
          <w:sz w:val="28"/>
          <w:szCs w:val="28"/>
        </w:rPr>
      </w:pPr>
      <w:proofErr w:type="spellStart"/>
      <w:r w:rsidRPr="007D1D39">
        <w:rPr>
          <w:rFonts w:ascii="Times New Roman" w:hAnsi="Times New Roman" w:cs="Times New Roman"/>
          <w:color w:val="000000"/>
          <w:sz w:val="28"/>
          <w:szCs w:val="28"/>
        </w:rPr>
        <w:t>N</w:t>
      </w:r>
      <w:r w:rsidR="00A864FD" w:rsidRPr="007D1D39">
        <w:rPr>
          <w:rFonts w:ascii="Times New Roman" w:hAnsi="Times New Roman" w:cs="Times New Roman"/>
          <w:color w:val="000000"/>
          <w:sz w:val="28"/>
          <w:szCs w:val="28"/>
        </w:rPr>
        <w:t>úmero</w:t>
      </w:r>
      <w:proofErr w:type="spellEnd"/>
      <w:r w:rsidR="00A864FD" w:rsidRPr="007D1D39">
        <w:rPr>
          <w:rFonts w:ascii="Times New Roman" w:hAnsi="Times New Roman" w:cs="Times New Roman"/>
          <w:color w:val="000000"/>
          <w:sz w:val="28"/>
          <w:szCs w:val="28"/>
        </w:rPr>
        <w:t xml:space="preserve"> </w:t>
      </w:r>
      <w:proofErr w:type="spellStart"/>
      <w:r w:rsidR="00A864FD" w:rsidRPr="007D1D39">
        <w:rPr>
          <w:rFonts w:ascii="Times New Roman" w:hAnsi="Times New Roman" w:cs="Times New Roman"/>
          <w:color w:val="000000"/>
          <w:sz w:val="28"/>
          <w:szCs w:val="28"/>
        </w:rPr>
        <w:t>telefónico</w:t>
      </w:r>
      <w:proofErr w:type="spellEnd"/>
      <w:r w:rsidR="00A864FD" w:rsidRPr="007D1D39">
        <w:rPr>
          <w:rFonts w:ascii="Times New Roman" w:hAnsi="Times New Roman" w:cs="Times New Roman"/>
          <w:color w:val="000000"/>
          <w:sz w:val="28"/>
          <w:szCs w:val="28"/>
        </w:rPr>
        <w:t xml:space="preserve"> de </w:t>
      </w:r>
      <w:proofErr w:type="spellStart"/>
      <w:r w:rsidR="00A864FD" w:rsidRPr="007D1D39">
        <w:rPr>
          <w:rFonts w:ascii="Times New Roman" w:hAnsi="Times New Roman" w:cs="Times New Roman"/>
          <w:color w:val="000000"/>
          <w:sz w:val="28"/>
          <w:szCs w:val="28"/>
        </w:rPr>
        <w:t>contacto</w:t>
      </w:r>
      <w:proofErr w:type="spellEnd"/>
      <w:r w:rsidR="00A864FD" w:rsidRPr="007D1D39">
        <w:rPr>
          <w:rFonts w:ascii="Times New Roman" w:hAnsi="Times New Roman" w:cs="Times New Roman"/>
          <w:color w:val="000000"/>
          <w:sz w:val="28"/>
          <w:szCs w:val="28"/>
        </w:rPr>
        <w:t xml:space="preserve">; y categoría </w:t>
      </w:r>
      <w:proofErr w:type="spellStart"/>
      <w:r w:rsidR="00A864FD" w:rsidRPr="007D1D39">
        <w:rPr>
          <w:rFonts w:ascii="Times New Roman" w:hAnsi="Times New Roman" w:cs="Times New Roman"/>
          <w:color w:val="000000"/>
          <w:sz w:val="28"/>
          <w:szCs w:val="28"/>
        </w:rPr>
        <w:t>en</w:t>
      </w:r>
      <w:proofErr w:type="spellEnd"/>
      <w:r w:rsidR="00A864FD" w:rsidRPr="007D1D39">
        <w:rPr>
          <w:rFonts w:ascii="Times New Roman" w:hAnsi="Times New Roman" w:cs="Times New Roman"/>
          <w:color w:val="000000"/>
          <w:sz w:val="28"/>
          <w:szCs w:val="28"/>
        </w:rPr>
        <w:t xml:space="preserve"> la que </w:t>
      </w:r>
      <w:proofErr w:type="spellStart"/>
      <w:r w:rsidR="00A864FD" w:rsidRPr="007D1D39">
        <w:rPr>
          <w:rFonts w:ascii="Times New Roman" w:hAnsi="Times New Roman" w:cs="Times New Roman"/>
          <w:color w:val="000000"/>
          <w:sz w:val="28"/>
          <w:szCs w:val="28"/>
        </w:rPr>
        <w:t>participa</w:t>
      </w:r>
      <w:proofErr w:type="spellEnd"/>
      <w:r w:rsidR="00A864FD" w:rsidRPr="007D1D39">
        <w:rPr>
          <w:rFonts w:ascii="Times New Roman" w:hAnsi="Times New Roman" w:cs="Times New Roman"/>
          <w:color w:val="000000"/>
          <w:sz w:val="28"/>
          <w:szCs w:val="28"/>
        </w:rPr>
        <w:t xml:space="preserve">: Cuento o </w:t>
      </w:r>
      <w:proofErr w:type="spellStart"/>
      <w:r w:rsidR="00A864FD" w:rsidRPr="007D1D39">
        <w:rPr>
          <w:rFonts w:ascii="Times New Roman" w:hAnsi="Times New Roman" w:cs="Times New Roman"/>
          <w:color w:val="000000"/>
          <w:sz w:val="28"/>
          <w:szCs w:val="28"/>
        </w:rPr>
        <w:t>Poesía</w:t>
      </w:r>
      <w:proofErr w:type="spellEnd"/>
      <w:r w:rsidR="00A864FD" w:rsidRPr="007D1D39">
        <w:rPr>
          <w:rFonts w:ascii="Times New Roman" w:hAnsi="Times New Roman" w:cs="Times New Roman"/>
          <w:color w:val="000000"/>
          <w:sz w:val="28"/>
          <w:szCs w:val="28"/>
        </w:rPr>
        <w:t>.</w:t>
      </w:r>
    </w:p>
    <w:p w14:paraId="5DADDDEF" w14:textId="77777777" w:rsidR="00806B9A" w:rsidRPr="007D1D39" w:rsidRDefault="00806B9A" w:rsidP="00806B9A">
      <w:pPr>
        <w:pStyle w:val="Prrafodelista"/>
        <w:spacing w:after="0" w:line="240" w:lineRule="auto"/>
        <w:jc w:val="both"/>
        <w:rPr>
          <w:rFonts w:ascii="Times New Roman" w:hAnsi="Times New Roman" w:cs="Times New Roman"/>
          <w:color w:val="000000"/>
          <w:sz w:val="28"/>
          <w:szCs w:val="28"/>
        </w:rPr>
      </w:pPr>
    </w:p>
    <w:p w14:paraId="34DEFE36" w14:textId="5AF34AD8"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lastRenderedPageBreak/>
        <w:t xml:space="preserve">Las </w:t>
      </w:r>
      <w:proofErr w:type="spellStart"/>
      <w:r w:rsidRPr="007D1D39">
        <w:rPr>
          <w:rFonts w:ascii="Times New Roman" w:hAnsi="Times New Roman" w:cs="Times New Roman"/>
          <w:color w:val="000000"/>
          <w:sz w:val="28"/>
          <w:szCs w:val="28"/>
        </w:rPr>
        <w:t>obras</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deberán</w:t>
      </w:r>
      <w:proofErr w:type="spellEnd"/>
      <w:r w:rsidRPr="007D1D39">
        <w:rPr>
          <w:rFonts w:ascii="Times New Roman" w:hAnsi="Times New Roman" w:cs="Times New Roman"/>
          <w:color w:val="000000"/>
          <w:sz w:val="28"/>
          <w:szCs w:val="28"/>
        </w:rPr>
        <w:t xml:space="preserve"> ser </w:t>
      </w:r>
      <w:proofErr w:type="spellStart"/>
      <w:r w:rsidRPr="007D1D39">
        <w:rPr>
          <w:rFonts w:ascii="Times New Roman" w:hAnsi="Times New Roman" w:cs="Times New Roman"/>
          <w:color w:val="000000"/>
          <w:sz w:val="28"/>
          <w:szCs w:val="28"/>
        </w:rPr>
        <w:t>enviadas</w:t>
      </w:r>
      <w:proofErr w:type="spellEnd"/>
      <w:r w:rsidR="00281D6B" w:rsidRPr="007D1D39">
        <w:rPr>
          <w:rFonts w:ascii="Times New Roman" w:hAnsi="Times New Roman" w:cs="Times New Roman"/>
          <w:color w:val="000000"/>
          <w:sz w:val="28"/>
          <w:szCs w:val="28"/>
        </w:rPr>
        <w:t xml:space="preserve">, </w:t>
      </w:r>
      <w:proofErr w:type="spellStart"/>
      <w:r w:rsidR="00281D6B" w:rsidRPr="007D1D39">
        <w:rPr>
          <w:rFonts w:ascii="Times New Roman" w:hAnsi="Times New Roman" w:cs="Times New Roman"/>
          <w:color w:val="000000"/>
          <w:sz w:val="28"/>
          <w:szCs w:val="28"/>
        </w:rPr>
        <w:t>como</w:t>
      </w:r>
      <w:proofErr w:type="spellEnd"/>
      <w:r w:rsidR="00281D6B" w:rsidRPr="007D1D39">
        <w:rPr>
          <w:rFonts w:ascii="Times New Roman" w:hAnsi="Times New Roman" w:cs="Times New Roman"/>
          <w:color w:val="000000"/>
          <w:sz w:val="28"/>
          <w:szCs w:val="28"/>
        </w:rPr>
        <w:t xml:space="preserve"> </w:t>
      </w:r>
      <w:proofErr w:type="spellStart"/>
      <w:r w:rsidR="00281D6B" w:rsidRPr="007D1D39">
        <w:rPr>
          <w:rFonts w:ascii="Times New Roman" w:hAnsi="Times New Roman" w:cs="Times New Roman"/>
          <w:color w:val="000000"/>
          <w:sz w:val="28"/>
          <w:szCs w:val="28"/>
        </w:rPr>
        <w:t>archivo</w:t>
      </w:r>
      <w:proofErr w:type="spellEnd"/>
      <w:r w:rsidR="00281D6B" w:rsidRPr="007D1D39">
        <w:rPr>
          <w:rFonts w:ascii="Times New Roman" w:hAnsi="Times New Roman" w:cs="Times New Roman"/>
          <w:color w:val="000000"/>
          <w:sz w:val="28"/>
          <w:szCs w:val="28"/>
        </w:rPr>
        <w:t xml:space="preserve"> </w:t>
      </w:r>
      <w:proofErr w:type="spellStart"/>
      <w:r w:rsidR="00281D6B" w:rsidRPr="007D1D39">
        <w:rPr>
          <w:rFonts w:ascii="Times New Roman" w:hAnsi="Times New Roman" w:cs="Times New Roman"/>
          <w:color w:val="000000"/>
          <w:sz w:val="28"/>
          <w:szCs w:val="28"/>
        </w:rPr>
        <w:t>adjunto</w:t>
      </w:r>
      <w:proofErr w:type="spellEnd"/>
      <w:r w:rsidR="00281D6B" w:rsidRPr="007D1D39">
        <w:rPr>
          <w:rFonts w:ascii="Times New Roman" w:hAnsi="Times New Roman" w:cs="Times New Roman"/>
          <w:color w:val="000000"/>
          <w:sz w:val="28"/>
          <w:szCs w:val="28"/>
        </w:rPr>
        <w:t>,</w:t>
      </w:r>
      <w:r w:rsidRPr="007D1D39">
        <w:rPr>
          <w:rFonts w:ascii="Times New Roman" w:hAnsi="Times New Roman" w:cs="Times New Roman"/>
          <w:color w:val="000000"/>
          <w:sz w:val="28"/>
          <w:szCs w:val="28"/>
        </w:rPr>
        <w:t xml:space="preserve"> al </w:t>
      </w:r>
      <w:proofErr w:type="spellStart"/>
      <w:r w:rsidRPr="007D1D39">
        <w:rPr>
          <w:rFonts w:ascii="Times New Roman" w:hAnsi="Times New Roman" w:cs="Times New Roman"/>
          <w:color w:val="000000"/>
          <w:sz w:val="28"/>
          <w:szCs w:val="28"/>
        </w:rPr>
        <w:t>correo</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electrónico</w:t>
      </w:r>
      <w:proofErr w:type="spellEnd"/>
      <w:r w:rsidRPr="007D1D39">
        <w:rPr>
          <w:rFonts w:ascii="Times New Roman" w:hAnsi="Times New Roman" w:cs="Times New Roman"/>
          <w:color w:val="000000"/>
          <w:sz w:val="28"/>
          <w:szCs w:val="28"/>
        </w:rPr>
        <w:t xml:space="preserve"> </w:t>
      </w:r>
      <w:hyperlink r:id="rId8" w:history="1">
        <w:r w:rsidR="00281D6B" w:rsidRPr="007D1D39">
          <w:rPr>
            <w:rStyle w:val="Hipervnculo"/>
            <w:rFonts w:ascii="Times New Roman" w:hAnsi="Times New Roman" w:cs="Times New Roman"/>
            <w:sz w:val="28"/>
            <w:szCs w:val="28"/>
          </w:rPr>
          <w:t>deptocultura@colegiodeprofesores.cl</w:t>
        </w:r>
      </w:hyperlink>
      <w:r w:rsidR="00281D6B" w:rsidRPr="007D1D39">
        <w:rPr>
          <w:rFonts w:ascii="Times New Roman" w:hAnsi="Times New Roman" w:cs="Times New Roman"/>
          <w:color w:val="000000"/>
          <w:sz w:val="28"/>
          <w:szCs w:val="28"/>
        </w:rPr>
        <w:t xml:space="preserve"> </w:t>
      </w:r>
      <w:r w:rsidRPr="007D1D39">
        <w:rPr>
          <w:rFonts w:ascii="Times New Roman" w:hAnsi="Times New Roman" w:cs="Times New Roman"/>
          <w:color w:val="000000"/>
          <w:sz w:val="28"/>
          <w:szCs w:val="28"/>
        </w:rPr>
        <w:t>.</w:t>
      </w:r>
    </w:p>
    <w:p w14:paraId="69CB2180" w14:textId="77777777" w:rsidR="003D007D" w:rsidRPr="007D1D39" w:rsidRDefault="00A864FD">
      <w:pPr>
        <w:rPr>
          <w:rFonts w:ascii="Times New Roman" w:hAnsi="Times New Roman" w:cs="Times New Roman"/>
          <w:sz w:val="28"/>
          <w:szCs w:val="28"/>
        </w:rPr>
      </w:pPr>
      <w:r w:rsidRPr="007D1D39">
        <w:rPr>
          <w:rFonts w:ascii="Times New Roman" w:hAnsi="Times New Roman" w:cs="Times New Roman"/>
          <w:color w:val="000000"/>
          <w:sz w:val="28"/>
          <w:szCs w:val="28"/>
        </w:rPr>
        <w:t>En el asunto deberá indicarse:</w:t>
      </w:r>
      <w:r w:rsidRPr="007D1D39">
        <w:rPr>
          <w:rFonts w:ascii="Times New Roman" w:hAnsi="Times New Roman" w:cs="Times New Roman"/>
          <w:color w:val="000000"/>
          <w:sz w:val="28"/>
          <w:szCs w:val="28"/>
        </w:rPr>
        <w:br/>
        <w:t>CONCURSO NACIONAL “PALABRAS DEL MAGISTERIO” 2026 – CATEGORÍA – NOMBRE DEL PARTICIPANTE</w:t>
      </w:r>
    </w:p>
    <w:p w14:paraId="30D11B12"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10. PLAZO DE RECEPCIÓN</w:t>
      </w:r>
    </w:p>
    <w:p w14:paraId="610846C5" w14:textId="0DC22584"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 xml:space="preserve">La </w:t>
      </w:r>
      <w:proofErr w:type="spellStart"/>
      <w:r w:rsidRPr="007D1D39">
        <w:rPr>
          <w:rFonts w:ascii="Times New Roman" w:hAnsi="Times New Roman" w:cs="Times New Roman"/>
          <w:color w:val="000000"/>
          <w:sz w:val="28"/>
          <w:szCs w:val="28"/>
        </w:rPr>
        <w:t>fecha</w:t>
      </w:r>
      <w:proofErr w:type="spellEnd"/>
      <w:r w:rsidRPr="007D1D39">
        <w:rPr>
          <w:rFonts w:ascii="Times New Roman" w:hAnsi="Times New Roman" w:cs="Times New Roman"/>
          <w:color w:val="000000"/>
          <w:sz w:val="28"/>
          <w:szCs w:val="28"/>
        </w:rPr>
        <w:t xml:space="preserve"> de </w:t>
      </w:r>
      <w:proofErr w:type="spellStart"/>
      <w:r w:rsidRPr="007D1D39">
        <w:rPr>
          <w:rFonts w:ascii="Times New Roman" w:hAnsi="Times New Roman" w:cs="Times New Roman"/>
          <w:color w:val="000000"/>
          <w:sz w:val="28"/>
          <w:szCs w:val="28"/>
        </w:rPr>
        <w:t>apertura</w:t>
      </w:r>
      <w:proofErr w:type="spellEnd"/>
      <w:r w:rsidRPr="007D1D39">
        <w:rPr>
          <w:rFonts w:ascii="Times New Roman" w:hAnsi="Times New Roman" w:cs="Times New Roman"/>
          <w:color w:val="000000"/>
          <w:sz w:val="28"/>
          <w:szCs w:val="28"/>
        </w:rPr>
        <w:t xml:space="preserve"> </w:t>
      </w:r>
      <w:r w:rsidR="00806B9A" w:rsidRPr="007D1D39">
        <w:rPr>
          <w:rFonts w:ascii="Times New Roman" w:hAnsi="Times New Roman" w:cs="Times New Roman"/>
          <w:color w:val="000000"/>
          <w:sz w:val="28"/>
          <w:szCs w:val="28"/>
        </w:rPr>
        <w:t xml:space="preserve">del concurso </w:t>
      </w:r>
      <w:proofErr w:type="spellStart"/>
      <w:r w:rsidR="00806B9A" w:rsidRPr="007D1D39">
        <w:rPr>
          <w:rFonts w:ascii="Times New Roman" w:hAnsi="Times New Roman" w:cs="Times New Roman"/>
          <w:color w:val="000000"/>
          <w:sz w:val="28"/>
          <w:szCs w:val="28"/>
        </w:rPr>
        <w:t>será</w:t>
      </w:r>
      <w:proofErr w:type="spellEnd"/>
      <w:r w:rsidR="00806B9A" w:rsidRPr="007D1D39">
        <w:rPr>
          <w:rFonts w:ascii="Times New Roman" w:hAnsi="Times New Roman" w:cs="Times New Roman"/>
          <w:color w:val="000000"/>
          <w:sz w:val="28"/>
          <w:szCs w:val="28"/>
        </w:rPr>
        <w:t xml:space="preserve"> </w:t>
      </w:r>
      <w:proofErr w:type="spellStart"/>
      <w:r w:rsidR="00806B9A" w:rsidRPr="007D1D39">
        <w:rPr>
          <w:rFonts w:ascii="Times New Roman" w:hAnsi="Times New Roman" w:cs="Times New Roman"/>
          <w:color w:val="000000"/>
          <w:sz w:val="28"/>
          <w:szCs w:val="28"/>
        </w:rPr>
        <w:t>el</w:t>
      </w:r>
      <w:proofErr w:type="spellEnd"/>
      <w:r w:rsidR="00806B9A" w:rsidRPr="007D1D39">
        <w:rPr>
          <w:rFonts w:ascii="Times New Roman" w:hAnsi="Times New Roman" w:cs="Times New Roman"/>
          <w:color w:val="000000"/>
          <w:sz w:val="28"/>
          <w:szCs w:val="28"/>
        </w:rPr>
        <w:t xml:space="preserve"> </w:t>
      </w:r>
      <w:proofErr w:type="spellStart"/>
      <w:r w:rsidR="00806B9A" w:rsidRPr="007D1D39">
        <w:rPr>
          <w:rFonts w:ascii="Times New Roman" w:hAnsi="Times New Roman" w:cs="Times New Roman"/>
          <w:color w:val="000000"/>
          <w:sz w:val="28"/>
          <w:szCs w:val="28"/>
        </w:rPr>
        <w:t>jueves</w:t>
      </w:r>
      <w:proofErr w:type="spellEnd"/>
      <w:r w:rsidR="00806B9A" w:rsidRPr="007D1D39">
        <w:rPr>
          <w:rFonts w:ascii="Times New Roman" w:hAnsi="Times New Roman" w:cs="Times New Roman"/>
          <w:color w:val="000000"/>
          <w:sz w:val="28"/>
          <w:szCs w:val="28"/>
        </w:rPr>
        <w:t xml:space="preserve"> 24 de </w:t>
      </w:r>
      <w:proofErr w:type="spellStart"/>
      <w:r w:rsidR="00806B9A" w:rsidRPr="007D1D39">
        <w:rPr>
          <w:rFonts w:ascii="Times New Roman" w:hAnsi="Times New Roman" w:cs="Times New Roman"/>
          <w:color w:val="000000"/>
          <w:sz w:val="28"/>
          <w:szCs w:val="28"/>
        </w:rPr>
        <w:t>septiembre</w:t>
      </w:r>
      <w:proofErr w:type="spellEnd"/>
      <w:r w:rsidR="00806B9A" w:rsidRPr="007D1D39">
        <w:rPr>
          <w:rFonts w:ascii="Times New Roman" w:hAnsi="Times New Roman" w:cs="Times New Roman"/>
          <w:color w:val="000000"/>
          <w:sz w:val="28"/>
          <w:szCs w:val="28"/>
        </w:rPr>
        <w:t xml:space="preserve"> de 2026 </w:t>
      </w:r>
      <w:r w:rsidRPr="007D1D39">
        <w:rPr>
          <w:rFonts w:ascii="Times New Roman" w:hAnsi="Times New Roman" w:cs="Times New Roman"/>
          <w:color w:val="000000"/>
          <w:sz w:val="28"/>
          <w:szCs w:val="28"/>
        </w:rPr>
        <w:t xml:space="preserve">y </w:t>
      </w:r>
      <w:proofErr w:type="spellStart"/>
      <w:r w:rsidRPr="007D1D39">
        <w:rPr>
          <w:rFonts w:ascii="Times New Roman" w:hAnsi="Times New Roman" w:cs="Times New Roman"/>
          <w:color w:val="000000"/>
          <w:sz w:val="28"/>
          <w:szCs w:val="28"/>
        </w:rPr>
        <w:t>cierre</w:t>
      </w:r>
      <w:proofErr w:type="spellEnd"/>
      <w:r w:rsidRPr="007D1D39">
        <w:rPr>
          <w:rFonts w:ascii="Times New Roman" w:hAnsi="Times New Roman" w:cs="Times New Roman"/>
          <w:color w:val="000000"/>
          <w:sz w:val="28"/>
          <w:szCs w:val="28"/>
        </w:rPr>
        <w:t xml:space="preserve"> </w:t>
      </w:r>
      <w:r w:rsidR="00806B9A" w:rsidRPr="007D1D39">
        <w:rPr>
          <w:rFonts w:ascii="Times New Roman" w:hAnsi="Times New Roman" w:cs="Times New Roman"/>
          <w:color w:val="000000"/>
          <w:sz w:val="28"/>
          <w:szCs w:val="28"/>
        </w:rPr>
        <w:t xml:space="preserve">para </w:t>
      </w:r>
      <w:proofErr w:type="spellStart"/>
      <w:r w:rsidR="00806B9A" w:rsidRPr="007D1D39">
        <w:rPr>
          <w:rFonts w:ascii="Times New Roman" w:hAnsi="Times New Roman" w:cs="Times New Roman"/>
          <w:color w:val="000000"/>
          <w:sz w:val="28"/>
          <w:szCs w:val="28"/>
        </w:rPr>
        <w:t>el</w:t>
      </w:r>
      <w:proofErr w:type="spellEnd"/>
      <w:r w:rsidR="00806B9A" w:rsidRPr="007D1D39">
        <w:rPr>
          <w:rFonts w:ascii="Times New Roman" w:hAnsi="Times New Roman" w:cs="Times New Roman"/>
          <w:color w:val="000000"/>
          <w:sz w:val="28"/>
          <w:szCs w:val="28"/>
        </w:rPr>
        <w:t xml:space="preserve"> </w:t>
      </w:r>
      <w:proofErr w:type="spellStart"/>
      <w:r w:rsidR="00806B9A" w:rsidRPr="007D1D39">
        <w:rPr>
          <w:rFonts w:ascii="Times New Roman" w:hAnsi="Times New Roman" w:cs="Times New Roman"/>
          <w:color w:val="000000"/>
          <w:sz w:val="28"/>
          <w:szCs w:val="28"/>
        </w:rPr>
        <w:t>envío</w:t>
      </w:r>
      <w:proofErr w:type="spellEnd"/>
      <w:r w:rsidR="00806B9A" w:rsidRPr="007D1D39">
        <w:rPr>
          <w:rFonts w:ascii="Times New Roman" w:hAnsi="Times New Roman" w:cs="Times New Roman"/>
          <w:color w:val="000000"/>
          <w:sz w:val="28"/>
          <w:szCs w:val="28"/>
        </w:rPr>
        <w:t xml:space="preserve"> de las </w:t>
      </w:r>
      <w:proofErr w:type="spellStart"/>
      <w:r w:rsidR="00806B9A" w:rsidRPr="007D1D39">
        <w:rPr>
          <w:rFonts w:ascii="Times New Roman" w:hAnsi="Times New Roman" w:cs="Times New Roman"/>
          <w:color w:val="000000"/>
          <w:sz w:val="28"/>
          <w:szCs w:val="28"/>
        </w:rPr>
        <w:t>obras</w:t>
      </w:r>
      <w:proofErr w:type="spellEnd"/>
      <w:r w:rsidR="00806B9A" w:rsidRPr="007D1D39">
        <w:rPr>
          <w:rFonts w:ascii="Times New Roman" w:hAnsi="Times New Roman" w:cs="Times New Roman"/>
          <w:color w:val="000000"/>
          <w:sz w:val="28"/>
          <w:szCs w:val="28"/>
        </w:rPr>
        <w:t xml:space="preserve"> </w:t>
      </w:r>
      <w:proofErr w:type="spellStart"/>
      <w:r w:rsidR="00806B9A" w:rsidRPr="007D1D39">
        <w:rPr>
          <w:rFonts w:ascii="Times New Roman" w:hAnsi="Times New Roman" w:cs="Times New Roman"/>
          <w:color w:val="000000"/>
          <w:sz w:val="28"/>
          <w:szCs w:val="28"/>
        </w:rPr>
        <w:t>será</w:t>
      </w:r>
      <w:proofErr w:type="spellEnd"/>
      <w:r w:rsidR="00806B9A" w:rsidRPr="007D1D39">
        <w:rPr>
          <w:rFonts w:ascii="Times New Roman" w:hAnsi="Times New Roman" w:cs="Times New Roman"/>
          <w:color w:val="000000"/>
          <w:sz w:val="28"/>
          <w:szCs w:val="28"/>
        </w:rPr>
        <w:t xml:space="preserve"> </w:t>
      </w:r>
      <w:proofErr w:type="spellStart"/>
      <w:r w:rsidR="00806B9A" w:rsidRPr="007D1D39">
        <w:rPr>
          <w:rFonts w:ascii="Times New Roman" w:hAnsi="Times New Roman" w:cs="Times New Roman"/>
          <w:color w:val="000000"/>
          <w:sz w:val="28"/>
          <w:szCs w:val="28"/>
        </w:rPr>
        <w:t>el</w:t>
      </w:r>
      <w:proofErr w:type="spellEnd"/>
      <w:r w:rsidR="00806B9A" w:rsidRPr="007D1D39">
        <w:rPr>
          <w:rFonts w:ascii="Times New Roman" w:hAnsi="Times New Roman" w:cs="Times New Roman"/>
          <w:color w:val="000000"/>
          <w:sz w:val="28"/>
          <w:szCs w:val="28"/>
        </w:rPr>
        <w:t xml:space="preserve"> Viernes 06 de </w:t>
      </w:r>
      <w:proofErr w:type="spellStart"/>
      <w:r w:rsidR="00806B9A" w:rsidRPr="007D1D39">
        <w:rPr>
          <w:rFonts w:ascii="Times New Roman" w:hAnsi="Times New Roman" w:cs="Times New Roman"/>
          <w:color w:val="000000"/>
          <w:sz w:val="28"/>
          <w:szCs w:val="28"/>
        </w:rPr>
        <w:t>noviembre</w:t>
      </w:r>
      <w:proofErr w:type="spellEnd"/>
      <w:r w:rsidR="00806B9A" w:rsidRPr="007D1D39">
        <w:rPr>
          <w:rFonts w:ascii="Times New Roman" w:hAnsi="Times New Roman" w:cs="Times New Roman"/>
          <w:color w:val="000000"/>
          <w:sz w:val="28"/>
          <w:szCs w:val="28"/>
        </w:rPr>
        <w:t xml:space="preserve"> de 2026</w:t>
      </w:r>
      <w:r w:rsidRPr="007D1D39">
        <w:rPr>
          <w:rFonts w:ascii="Times New Roman" w:hAnsi="Times New Roman" w:cs="Times New Roman"/>
          <w:color w:val="000000"/>
          <w:sz w:val="28"/>
          <w:szCs w:val="28"/>
        </w:rPr>
        <w:t>. No serán admitidas obras recibidas fuera del plazo establecido.</w:t>
      </w:r>
    </w:p>
    <w:p w14:paraId="158FED7A"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11. ADMISIBILIDAD</w:t>
      </w:r>
    </w:p>
    <w:p w14:paraId="4D96291A"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Finalizado el período de recepción, la organización realizará una revisión formal para verificar el cumplimiento de los requisitos establecidos en estas bases. Esta etapa no implicará una valoración literaria de las obras. Solo los trabajos declarados admisibles serán remitidos al jurado correspondiente.</w:t>
      </w:r>
    </w:p>
    <w:p w14:paraId="14B3A4BD"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12. JURADO</w:t>
      </w:r>
    </w:p>
    <w:p w14:paraId="4AC3956A" w14:textId="3E826ED2" w:rsidR="003D007D" w:rsidRPr="007D1D39" w:rsidRDefault="00A864FD">
      <w:pPr>
        <w:jc w:val="both"/>
        <w:rPr>
          <w:rFonts w:ascii="Times New Roman" w:hAnsi="Times New Roman" w:cs="Times New Roman"/>
          <w:color w:val="000000"/>
          <w:sz w:val="28"/>
          <w:szCs w:val="28"/>
        </w:rPr>
      </w:pPr>
      <w:r w:rsidRPr="007D1D39">
        <w:rPr>
          <w:rFonts w:ascii="Times New Roman" w:hAnsi="Times New Roman" w:cs="Times New Roman"/>
          <w:color w:val="000000"/>
          <w:sz w:val="28"/>
          <w:szCs w:val="28"/>
        </w:rPr>
        <w:t xml:space="preserve">Cada categoría será evaluada por un jurado integrado por personas vinculadas a la </w:t>
      </w:r>
      <w:proofErr w:type="spellStart"/>
      <w:r w:rsidRPr="007D1D39">
        <w:rPr>
          <w:rFonts w:ascii="Times New Roman" w:hAnsi="Times New Roman" w:cs="Times New Roman"/>
          <w:color w:val="000000"/>
          <w:sz w:val="28"/>
          <w:szCs w:val="28"/>
        </w:rPr>
        <w:t>literatura</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educación</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cultura</w:t>
      </w:r>
      <w:proofErr w:type="spellEnd"/>
      <w:r w:rsidRPr="007D1D39">
        <w:rPr>
          <w:rFonts w:ascii="Times New Roman" w:hAnsi="Times New Roman" w:cs="Times New Roman"/>
          <w:color w:val="000000"/>
          <w:sz w:val="28"/>
          <w:szCs w:val="28"/>
        </w:rPr>
        <w:t xml:space="preserve"> y/o </w:t>
      </w:r>
      <w:proofErr w:type="spellStart"/>
      <w:r w:rsidRPr="007D1D39">
        <w:rPr>
          <w:rFonts w:ascii="Times New Roman" w:hAnsi="Times New Roman" w:cs="Times New Roman"/>
          <w:color w:val="000000"/>
          <w:sz w:val="28"/>
          <w:szCs w:val="28"/>
        </w:rPr>
        <w:t>creación</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artística</w:t>
      </w:r>
      <w:proofErr w:type="spellEnd"/>
      <w:r w:rsidR="00F12665" w:rsidRPr="007D1D39">
        <w:rPr>
          <w:rFonts w:ascii="Times New Roman" w:hAnsi="Times New Roman" w:cs="Times New Roman"/>
          <w:color w:val="000000"/>
          <w:sz w:val="28"/>
          <w:szCs w:val="28"/>
        </w:rPr>
        <w:t xml:space="preserve"> (Ver </w:t>
      </w:r>
      <w:proofErr w:type="spellStart"/>
      <w:r w:rsidR="00F12665" w:rsidRPr="007D1D39">
        <w:rPr>
          <w:rFonts w:ascii="Times New Roman" w:hAnsi="Times New Roman" w:cs="Times New Roman"/>
          <w:color w:val="000000"/>
          <w:sz w:val="28"/>
          <w:szCs w:val="28"/>
        </w:rPr>
        <w:t>anexo</w:t>
      </w:r>
      <w:proofErr w:type="spellEnd"/>
      <w:r w:rsidR="00F12665" w:rsidRPr="007D1D39">
        <w:rPr>
          <w:rFonts w:ascii="Times New Roman" w:hAnsi="Times New Roman" w:cs="Times New Roman"/>
          <w:color w:val="000000"/>
          <w:sz w:val="28"/>
          <w:szCs w:val="28"/>
        </w:rPr>
        <w:t xml:space="preserve"> al final del </w:t>
      </w:r>
      <w:proofErr w:type="spellStart"/>
      <w:r w:rsidR="00F12665" w:rsidRPr="007D1D39">
        <w:rPr>
          <w:rFonts w:ascii="Times New Roman" w:hAnsi="Times New Roman" w:cs="Times New Roman"/>
          <w:color w:val="000000"/>
          <w:sz w:val="28"/>
          <w:szCs w:val="28"/>
        </w:rPr>
        <w:t>documento</w:t>
      </w:r>
      <w:proofErr w:type="spellEnd"/>
      <w:r w:rsidR="00F12665" w:rsidRPr="007D1D39">
        <w:rPr>
          <w:rFonts w:ascii="Times New Roman" w:hAnsi="Times New Roman" w:cs="Times New Roman"/>
          <w:color w:val="000000"/>
          <w:sz w:val="28"/>
          <w:szCs w:val="28"/>
        </w:rPr>
        <w:t>)</w:t>
      </w:r>
      <w:r w:rsidRPr="007D1D39">
        <w:rPr>
          <w:rFonts w:ascii="Times New Roman" w:hAnsi="Times New Roman" w:cs="Times New Roman"/>
          <w:color w:val="000000"/>
          <w:sz w:val="28"/>
          <w:szCs w:val="28"/>
        </w:rPr>
        <w:t xml:space="preserve">. El jurado deberá actuar bajo principios de imparcialidad, independencia, confidencialidad, respeto por la diversidad de estilos y perspectivas, y rigurosidad en la valoración literaria. Las decisiones deberán fundarse exclusivamente en la </w:t>
      </w:r>
      <w:proofErr w:type="spellStart"/>
      <w:r w:rsidRPr="007D1D39">
        <w:rPr>
          <w:rFonts w:ascii="Times New Roman" w:hAnsi="Times New Roman" w:cs="Times New Roman"/>
          <w:color w:val="000000"/>
          <w:sz w:val="28"/>
          <w:szCs w:val="28"/>
        </w:rPr>
        <w:t>calidad</w:t>
      </w:r>
      <w:proofErr w:type="spellEnd"/>
      <w:r w:rsidRPr="007D1D39">
        <w:rPr>
          <w:rFonts w:ascii="Times New Roman" w:hAnsi="Times New Roman" w:cs="Times New Roman"/>
          <w:color w:val="000000"/>
          <w:sz w:val="28"/>
          <w:szCs w:val="28"/>
        </w:rPr>
        <w:t xml:space="preserve"> de las </w:t>
      </w:r>
      <w:proofErr w:type="spellStart"/>
      <w:r w:rsidRPr="007D1D39">
        <w:rPr>
          <w:rFonts w:ascii="Times New Roman" w:hAnsi="Times New Roman" w:cs="Times New Roman"/>
          <w:color w:val="000000"/>
          <w:sz w:val="28"/>
          <w:szCs w:val="28"/>
        </w:rPr>
        <w:t>obras</w:t>
      </w:r>
      <w:proofErr w:type="spellEnd"/>
      <w:r w:rsidRPr="007D1D39">
        <w:rPr>
          <w:rFonts w:ascii="Times New Roman" w:hAnsi="Times New Roman" w:cs="Times New Roman"/>
          <w:color w:val="000000"/>
          <w:sz w:val="28"/>
          <w:szCs w:val="28"/>
        </w:rPr>
        <w:t xml:space="preserve"> y </w:t>
      </w:r>
      <w:proofErr w:type="spellStart"/>
      <w:r w:rsidRPr="007D1D39">
        <w:rPr>
          <w:rFonts w:ascii="Times New Roman" w:hAnsi="Times New Roman" w:cs="Times New Roman"/>
          <w:color w:val="000000"/>
          <w:sz w:val="28"/>
          <w:szCs w:val="28"/>
        </w:rPr>
        <w:t>en</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los</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criterios</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establecidos</w:t>
      </w:r>
      <w:proofErr w:type="spellEnd"/>
      <w:r w:rsidRPr="007D1D39">
        <w:rPr>
          <w:rFonts w:ascii="Times New Roman" w:hAnsi="Times New Roman" w:cs="Times New Roman"/>
          <w:color w:val="000000"/>
          <w:sz w:val="28"/>
          <w:szCs w:val="28"/>
        </w:rPr>
        <w:t xml:space="preserve"> para </w:t>
      </w:r>
      <w:proofErr w:type="spellStart"/>
      <w:r w:rsidRPr="007D1D39">
        <w:rPr>
          <w:rFonts w:ascii="Times New Roman" w:hAnsi="Times New Roman" w:cs="Times New Roman"/>
          <w:color w:val="000000"/>
          <w:sz w:val="28"/>
          <w:szCs w:val="28"/>
        </w:rPr>
        <w:t>cada</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categoría</w:t>
      </w:r>
      <w:proofErr w:type="spellEnd"/>
      <w:r w:rsidRPr="007D1D39">
        <w:rPr>
          <w:rFonts w:ascii="Times New Roman" w:hAnsi="Times New Roman" w:cs="Times New Roman"/>
          <w:color w:val="000000"/>
          <w:sz w:val="28"/>
          <w:szCs w:val="28"/>
        </w:rPr>
        <w:t>.</w:t>
      </w:r>
    </w:p>
    <w:p w14:paraId="3A241E88" w14:textId="77777777" w:rsidR="00E75FA3" w:rsidRPr="007D1D39" w:rsidRDefault="00E75FA3">
      <w:pPr>
        <w:jc w:val="both"/>
        <w:rPr>
          <w:rFonts w:ascii="Times New Roman" w:hAnsi="Times New Roman" w:cs="Times New Roman"/>
          <w:sz w:val="28"/>
          <w:szCs w:val="28"/>
        </w:rPr>
      </w:pPr>
    </w:p>
    <w:p w14:paraId="4C47EA89" w14:textId="77777777" w:rsidR="003D007D" w:rsidRPr="007D1D39" w:rsidRDefault="00A864FD">
      <w:pPr>
        <w:pStyle w:val="Ttulo1"/>
        <w:rPr>
          <w:rFonts w:ascii="Times New Roman" w:hAnsi="Times New Roman" w:cs="Times New Roman"/>
          <w:color w:val="000000"/>
        </w:rPr>
      </w:pPr>
      <w:r w:rsidRPr="007D1D39">
        <w:rPr>
          <w:rFonts w:ascii="Times New Roman" w:hAnsi="Times New Roman" w:cs="Times New Roman"/>
          <w:color w:val="000000"/>
        </w:rPr>
        <w:t>13. CRITERIOS DE EVALUACIÓN — CATEGORÍA CUENTO</w:t>
      </w:r>
    </w:p>
    <w:p w14:paraId="7DFD5A3D" w14:textId="77777777" w:rsidR="00FD0FAA" w:rsidRPr="007D1D39" w:rsidRDefault="00FD0FAA" w:rsidP="00FD0FAA">
      <w:pPr>
        <w:rPr>
          <w:rFonts w:ascii="Times New Roman" w:hAnsi="Times New Roman" w:cs="Times New Roman"/>
        </w:rPr>
      </w:pPr>
    </w:p>
    <w:tbl>
      <w:tblPr>
        <w:tblStyle w:val="Tablaconcuadrcula"/>
        <w:tblW w:w="0" w:type="auto"/>
        <w:jc w:val="center"/>
        <w:tblLook w:val="04A0" w:firstRow="1" w:lastRow="0" w:firstColumn="1" w:lastColumn="0" w:noHBand="0" w:noVBand="1"/>
      </w:tblPr>
      <w:tblGrid>
        <w:gridCol w:w="3170"/>
        <w:gridCol w:w="3169"/>
        <w:gridCol w:w="3169"/>
      </w:tblGrid>
      <w:tr w:rsidR="003D007D" w:rsidRPr="007D1D39" w14:paraId="028685B3" w14:textId="77777777" w:rsidTr="00E75FA3">
        <w:trPr>
          <w:jc w:val="center"/>
        </w:trPr>
        <w:tc>
          <w:tcPr>
            <w:tcW w:w="3173" w:type="dxa"/>
            <w:shd w:val="clear" w:color="auto" w:fill="D9E2F3"/>
            <w:vAlign w:val="center"/>
          </w:tcPr>
          <w:p w14:paraId="7B7BD982"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b/>
                <w:color w:val="000000"/>
                <w:sz w:val="28"/>
                <w:szCs w:val="28"/>
              </w:rPr>
              <w:t>Criterio</w:t>
            </w:r>
          </w:p>
        </w:tc>
        <w:tc>
          <w:tcPr>
            <w:tcW w:w="3173" w:type="dxa"/>
            <w:shd w:val="clear" w:color="auto" w:fill="D9E2F3"/>
            <w:vAlign w:val="center"/>
          </w:tcPr>
          <w:p w14:paraId="59543A19"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b/>
                <w:color w:val="000000"/>
                <w:sz w:val="28"/>
                <w:szCs w:val="28"/>
              </w:rPr>
              <w:t>Descripción</w:t>
            </w:r>
          </w:p>
        </w:tc>
        <w:tc>
          <w:tcPr>
            <w:tcW w:w="3173" w:type="dxa"/>
            <w:shd w:val="clear" w:color="auto" w:fill="D9E2F3"/>
            <w:vAlign w:val="center"/>
          </w:tcPr>
          <w:p w14:paraId="0F45C440"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b/>
                <w:color w:val="000000"/>
                <w:sz w:val="28"/>
                <w:szCs w:val="28"/>
              </w:rPr>
              <w:t>Ponderación</w:t>
            </w:r>
          </w:p>
        </w:tc>
      </w:tr>
      <w:tr w:rsidR="003D007D" w:rsidRPr="007D1D39" w14:paraId="5D423008" w14:textId="77777777" w:rsidTr="00E75FA3">
        <w:trPr>
          <w:jc w:val="center"/>
        </w:trPr>
        <w:tc>
          <w:tcPr>
            <w:tcW w:w="3173" w:type="dxa"/>
            <w:tcMar>
              <w:top w:w="90" w:type="dxa"/>
              <w:left w:w="90" w:type="dxa"/>
              <w:bottom w:w="90" w:type="dxa"/>
              <w:right w:w="90" w:type="dxa"/>
            </w:tcMar>
            <w:vAlign w:val="center"/>
          </w:tcPr>
          <w:p w14:paraId="7DC3CB36"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Calidad literaria y construcción narrativa</w:t>
            </w:r>
          </w:p>
        </w:tc>
        <w:tc>
          <w:tcPr>
            <w:tcW w:w="3173" w:type="dxa"/>
            <w:tcMar>
              <w:top w:w="90" w:type="dxa"/>
              <w:left w:w="90" w:type="dxa"/>
              <w:bottom w:w="90" w:type="dxa"/>
              <w:right w:w="90" w:type="dxa"/>
            </w:tcMar>
            <w:vAlign w:val="center"/>
          </w:tcPr>
          <w:p w14:paraId="5B57D6BF"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Estructura, desarrollo, coherencia, ritmo y resolución narrativa.</w:t>
            </w:r>
          </w:p>
        </w:tc>
        <w:tc>
          <w:tcPr>
            <w:tcW w:w="3173" w:type="dxa"/>
            <w:tcMar>
              <w:top w:w="90" w:type="dxa"/>
              <w:left w:w="90" w:type="dxa"/>
              <w:bottom w:w="90" w:type="dxa"/>
              <w:right w:w="90" w:type="dxa"/>
            </w:tcMar>
            <w:vAlign w:val="center"/>
          </w:tcPr>
          <w:p w14:paraId="53D63F2B"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30 %</w:t>
            </w:r>
          </w:p>
        </w:tc>
      </w:tr>
      <w:tr w:rsidR="003D007D" w:rsidRPr="007D1D39" w14:paraId="08FF61DC" w14:textId="77777777" w:rsidTr="00E75FA3">
        <w:trPr>
          <w:jc w:val="center"/>
        </w:trPr>
        <w:tc>
          <w:tcPr>
            <w:tcW w:w="3173" w:type="dxa"/>
            <w:tcMar>
              <w:top w:w="90" w:type="dxa"/>
              <w:left w:w="90" w:type="dxa"/>
              <w:bottom w:w="90" w:type="dxa"/>
              <w:right w:w="90" w:type="dxa"/>
            </w:tcMar>
            <w:vAlign w:val="center"/>
          </w:tcPr>
          <w:p w14:paraId="4F3993D3"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lastRenderedPageBreak/>
              <w:t>Creatividad y originalidad</w:t>
            </w:r>
          </w:p>
        </w:tc>
        <w:tc>
          <w:tcPr>
            <w:tcW w:w="3173" w:type="dxa"/>
            <w:tcMar>
              <w:top w:w="90" w:type="dxa"/>
              <w:left w:w="90" w:type="dxa"/>
              <w:bottom w:w="90" w:type="dxa"/>
              <w:right w:w="90" w:type="dxa"/>
            </w:tcMar>
            <w:vAlign w:val="center"/>
          </w:tcPr>
          <w:p w14:paraId="6EE8D539"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Singularidad de la propuesta y tratamiento creativo de la temática.</w:t>
            </w:r>
          </w:p>
        </w:tc>
        <w:tc>
          <w:tcPr>
            <w:tcW w:w="3173" w:type="dxa"/>
            <w:tcMar>
              <w:top w:w="90" w:type="dxa"/>
              <w:left w:w="90" w:type="dxa"/>
              <w:bottom w:w="90" w:type="dxa"/>
              <w:right w:w="90" w:type="dxa"/>
            </w:tcMar>
            <w:vAlign w:val="center"/>
          </w:tcPr>
          <w:p w14:paraId="7548E829" w14:textId="7C776A09"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2</w:t>
            </w:r>
            <w:r w:rsidR="00F12665" w:rsidRPr="007D1D39">
              <w:rPr>
                <w:rFonts w:ascii="Times New Roman" w:hAnsi="Times New Roman" w:cs="Times New Roman"/>
                <w:color w:val="000000"/>
                <w:sz w:val="28"/>
                <w:szCs w:val="28"/>
              </w:rPr>
              <w:t>0</w:t>
            </w:r>
            <w:r w:rsidRPr="007D1D39">
              <w:rPr>
                <w:rFonts w:ascii="Times New Roman" w:hAnsi="Times New Roman" w:cs="Times New Roman"/>
                <w:color w:val="000000"/>
                <w:sz w:val="28"/>
                <w:szCs w:val="28"/>
              </w:rPr>
              <w:t xml:space="preserve"> %</w:t>
            </w:r>
          </w:p>
        </w:tc>
      </w:tr>
      <w:tr w:rsidR="003D007D" w:rsidRPr="007D1D39" w14:paraId="666F8DF6" w14:textId="77777777" w:rsidTr="00E75FA3">
        <w:trPr>
          <w:jc w:val="center"/>
        </w:trPr>
        <w:tc>
          <w:tcPr>
            <w:tcW w:w="3173" w:type="dxa"/>
            <w:tcMar>
              <w:top w:w="90" w:type="dxa"/>
              <w:left w:w="90" w:type="dxa"/>
              <w:bottom w:w="90" w:type="dxa"/>
              <w:right w:w="90" w:type="dxa"/>
            </w:tcMar>
            <w:vAlign w:val="center"/>
          </w:tcPr>
          <w:p w14:paraId="4859FD3A"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Uso y riqueza del lenguaje</w:t>
            </w:r>
          </w:p>
        </w:tc>
        <w:tc>
          <w:tcPr>
            <w:tcW w:w="3173" w:type="dxa"/>
            <w:tcMar>
              <w:top w:w="90" w:type="dxa"/>
              <w:left w:w="90" w:type="dxa"/>
              <w:bottom w:w="90" w:type="dxa"/>
              <w:right w:w="90" w:type="dxa"/>
            </w:tcMar>
            <w:vAlign w:val="center"/>
          </w:tcPr>
          <w:p w14:paraId="3F547EC6"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Precisión, expresividad, fluidez y utilización pertinente de recursos literarios.</w:t>
            </w:r>
          </w:p>
        </w:tc>
        <w:tc>
          <w:tcPr>
            <w:tcW w:w="3173" w:type="dxa"/>
            <w:tcMar>
              <w:top w:w="90" w:type="dxa"/>
              <w:left w:w="90" w:type="dxa"/>
              <w:bottom w:w="90" w:type="dxa"/>
              <w:right w:w="90" w:type="dxa"/>
            </w:tcMar>
            <w:vAlign w:val="center"/>
          </w:tcPr>
          <w:p w14:paraId="27905091" w14:textId="0634094D" w:rsidR="003D007D" w:rsidRPr="007D1D39" w:rsidRDefault="00F12665"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1</w:t>
            </w:r>
            <w:r w:rsidR="00A864FD" w:rsidRPr="007D1D39">
              <w:rPr>
                <w:rFonts w:ascii="Times New Roman" w:hAnsi="Times New Roman" w:cs="Times New Roman"/>
                <w:color w:val="000000"/>
                <w:sz w:val="28"/>
                <w:szCs w:val="28"/>
              </w:rPr>
              <w:t>0 %</w:t>
            </w:r>
          </w:p>
        </w:tc>
      </w:tr>
      <w:tr w:rsidR="003D007D" w:rsidRPr="007D1D39" w14:paraId="140D8066" w14:textId="77777777" w:rsidTr="00E75FA3">
        <w:trPr>
          <w:jc w:val="center"/>
        </w:trPr>
        <w:tc>
          <w:tcPr>
            <w:tcW w:w="3173" w:type="dxa"/>
            <w:tcMar>
              <w:top w:w="90" w:type="dxa"/>
              <w:left w:w="90" w:type="dxa"/>
              <w:bottom w:w="90" w:type="dxa"/>
              <w:right w:w="90" w:type="dxa"/>
            </w:tcMar>
            <w:vAlign w:val="center"/>
          </w:tcPr>
          <w:p w14:paraId="60A5F48D"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Construcción de personajes, ambientes y atmósferas</w:t>
            </w:r>
          </w:p>
        </w:tc>
        <w:tc>
          <w:tcPr>
            <w:tcW w:w="3173" w:type="dxa"/>
            <w:tcMar>
              <w:top w:w="90" w:type="dxa"/>
              <w:left w:w="90" w:type="dxa"/>
              <w:bottom w:w="90" w:type="dxa"/>
              <w:right w:w="90" w:type="dxa"/>
            </w:tcMar>
            <w:vAlign w:val="center"/>
          </w:tcPr>
          <w:p w14:paraId="59A3AB6C"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Capacidad para construir un universo narrativo significativo.</w:t>
            </w:r>
          </w:p>
        </w:tc>
        <w:tc>
          <w:tcPr>
            <w:tcW w:w="3173" w:type="dxa"/>
            <w:tcMar>
              <w:top w:w="90" w:type="dxa"/>
              <w:left w:w="90" w:type="dxa"/>
              <w:bottom w:w="90" w:type="dxa"/>
              <w:right w:w="90" w:type="dxa"/>
            </w:tcMar>
            <w:vAlign w:val="center"/>
          </w:tcPr>
          <w:p w14:paraId="76F44524" w14:textId="0D18605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1</w:t>
            </w:r>
            <w:r w:rsidR="00F12665" w:rsidRPr="007D1D39">
              <w:rPr>
                <w:rFonts w:ascii="Times New Roman" w:hAnsi="Times New Roman" w:cs="Times New Roman"/>
                <w:color w:val="000000"/>
                <w:sz w:val="28"/>
                <w:szCs w:val="28"/>
              </w:rPr>
              <w:t>0</w:t>
            </w:r>
            <w:r w:rsidRPr="007D1D39">
              <w:rPr>
                <w:rFonts w:ascii="Times New Roman" w:hAnsi="Times New Roman" w:cs="Times New Roman"/>
                <w:color w:val="000000"/>
                <w:sz w:val="28"/>
                <w:szCs w:val="28"/>
              </w:rPr>
              <w:t xml:space="preserve"> %</w:t>
            </w:r>
          </w:p>
        </w:tc>
      </w:tr>
      <w:tr w:rsidR="003D007D" w:rsidRPr="007D1D39" w14:paraId="1C530AB4" w14:textId="77777777" w:rsidTr="00E75FA3">
        <w:trPr>
          <w:jc w:val="center"/>
        </w:trPr>
        <w:tc>
          <w:tcPr>
            <w:tcW w:w="3173" w:type="dxa"/>
            <w:tcMar>
              <w:top w:w="90" w:type="dxa"/>
              <w:left w:w="90" w:type="dxa"/>
              <w:bottom w:w="90" w:type="dxa"/>
              <w:right w:w="90" w:type="dxa"/>
            </w:tcMar>
            <w:vAlign w:val="center"/>
          </w:tcPr>
          <w:p w14:paraId="65038884"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Vinculación con la labor docente e impacto</w:t>
            </w:r>
          </w:p>
        </w:tc>
        <w:tc>
          <w:tcPr>
            <w:tcW w:w="3173" w:type="dxa"/>
            <w:tcMar>
              <w:top w:w="90" w:type="dxa"/>
              <w:left w:w="90" w:type="dxa"/>
              <w:bottom w:w="90" w:type="dxa"/>
              <w:right w:w="90" w:type="dxa"/>
            </w:tcMar>
            <w:vAlign w:val="center"/>
          </w:tcPr>
          <w:p w14:paraId="53992A63"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Integración significativa de la temática y capacidad de generar emoción, reflexión o resonancia.</w:t>
            </w:r>
          </w:p>
        </w:tc>
        <w:tc>
          <w:tcPr>
            <w:tcW w:w="3173" w:type="dxa"/>
            <w:tcMar>
              <w:top w:w="90" w:type="dxa"/>
              <w:left w:w="90" w:type="dxa"/>
              <w:bottom w:w="90" w:type="dxa"/>
              <w:right w:w="90" w:type="dxa"/>
            </w:tcMar>
            <w:vAlign w:val="center"/>
          </w:tcPr>
          <w:p w14:paraId="35FBEA2A" w14:textId="4B21AE58" w:rsidR="003D007D" w:rsidRPr="007D1D39" w:rsidRDefault="00F12665"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30</w:t>
            </w:r>
            <w:r w:rsidR="00A864FD" w:rsidRPr="007D1D39">
              <w:rPr>
                <w:rFonts w:ascii="Times New Roman" w:hAnsi="Times New Roman" w:cs="Times New Roman"/>
                <w:color w:val="000000"/>
                <w:sz w:val="28"/>
                <w:szCs w:val="28"/>
              </w:rPr>
              <w:t xml:space="preserve"> %</w:t>
            </w:r>
          </w:p>
        </w:tc>
      </w:tr>
    </w:tbl>
    <w:p w14:paraId="38CE4CC5" w14:textId="77777777" w:rsidR="003D007D" w:rsidRPr="007D1D39" w:rsidRDefault="00A864FD">
      <w:pPr>
        <w:jc w:val="right"/>
        <w:rPr>
          <w:rFonts w:ascii="Times New Roman" w:hAnsi="Times New Roman" w:cs="Times New Roman"/>
          <w:color w:val="000000"/>
          <w:sz w:val="28"/>
          <w:szCs w:val="28"/>
        </w:rPr>
      </w:pPr>
      <w:r w:rsidRPr="007D1D39">
        <w:rPr>
          <w:rFonts w:ascii="Times New Roman" w:hAnsi="Times New Roman" w:cs="Times New Roman"/>
          <w:color w:val="000000"/>
          <w:sz w:val="28"/>
          <w:szCs w:val="28"/>
        </w:rPr>
        <w:t>TOTAL: 100 %</w:t>
      </w:r>
    </w:p>
    <w:p w14:paraId="18F04E1A" w14:textId="77777777" w:rsidR="00E75FA3" w:rsidRPr="007D1D39" w:rsidRDefault="00E75FA3">
      <w:pPr>
        <w:jc w:val="right"/>
        <w:rPr>
          <w:rFonts w:ascii="Times New Roman" w:hAnsi="Times New Roman" w:cs="Times New Roman"/>
          <w:color w:val="000000"/>
          <w:sz w:val="28"/>
          <w:szCs w:val="28"/>
        </w:rPr>
      </w:pPr>
    </w:p>
    <w:p w14:paraId="19D66535" w14:textId="77777777" w:rsidR="00E75FA3" w:rsidRPr="007D1D39" w:rsidRDefault="00E75FA3">
      <w:pPr>
        <w:jc w:val="right"/>
        <w:rPr>
          <w:rFonts w:ascii="Times New Roman" w:hAnsi="Times New Roman" w:cs="Times New Roman"/>
          <w:color w:val="000000"/>
          <w:sz w:val="28"/>
          <w:szCs w:val="28"/>
        </w:rPr>
      </w:pPr>
    </w:p>
    <w:p w14:paraId="704848B2" w14:textId="77777777" w:rsidR="00E75FA3" w:rsidRPr="007D1D39" w:rsidRDefault="00E75FA3">
      <w:pPr>
        <w:jc w:val="right"/>
        <w:rPr>
          <w:rFonts w:ascii="Times New Roman" w:hAnsi="Times New Roman" w:cs="Times New Roman"/>
          <w:color w:val="000000"/>
          <w:sz w:val="28"/>
          <w:szCs w:val="28"/>
        </w:rPr>
      </w:pPr>
    </w:p>
    <w:p w14:paraId="148D004A" w14:textId="77777777" w:rsidR="00E75FA3" w:rsidRPr="007D1D39" w:rsidRDefault="00E75FA3" w:rsidP="00281D6B">
      <w:pPr>
        <w:rPr>
          <w:rFonts w:ascii="Times New Roman" w:hAnsi="Times New Roman" w:cs="Times New Roman"/>
          <w:sz w:val="28"/>
          <w:szCs w:val="28"/>
        </w:rPr>
      </w:pPr>
    </w:p>
    <w:p w14:paraId="5D63EFF1" w14:textId="77777777" w:rsidR="003D007D" w:rsidRPr="007D1D39" w:rsidRDefault="00A864FD">
      <w:pPr>
        <w:pStyle w:val="Ttulo1"/>
        <w:rPr>
          <w:rFonts w:ascii="Times New Roman" w:hAnsi="Times New Roman" w:cs="Times New Roman"/>
          <w:color w:val="000000"/>
        </w:rPr>
      </w:pPr>
      <w:r w:rsidRPr="007D1D39">
        <w:rPr>
          <w:rFonts w:ascii="Times New Roman" w:hAnsi="Times New Roman" w:cs="Times New Roman"/>
          <w:color w:val="000000"/>
        </w:rPr>
        <w:t>14. CRITERIOS DE EVALUACIÓN — CATEGORÍA POESÍA</w:t>
      </w:r>
    </w:p>
    <w:p w14:paraId="5DF8CA3D" w14:textId="77777777" w:rsidR="00FD0FAA" w:rsidRPr="007D1D39" w:rsidRDefault="00FD0FAA" w:rsidP="00FD0FAA">
      <w:pPr>
        <w:rPr>
          <w:rFonts w:ascii="Times New Roman" w:hAnsi="Times New Roman" w:cs="Times New Roman"/>
        </w:rPr>
      </w:pPr>
    </w:p>
    <w:tbl>
      <w:tblPr>
        <w:tblStyle w:val="Tablaconcuadrcula"/>
        <w:tblW w:w="0" w:type="auto"/>
        <w:jc w:val="center"/>
        <w:tblLook w:val="04A0" w:firstRow="1" w:lastRow="0" w:firstColumn="1" w:lastColumn="0" w:noHBand="0" w:noVBand="1"/>
      </w:tblPr>
      <w:tblGrid>
        <w:gridCol w:w="3170"/>
        <w:gridCol w:w="3169"/>
        <w:gridCol w:w="3169"/>
      </w:tblGrid>
      <w:tr w:rsidR="003D007D" w:rsidRPr="007D1D39" w14:paraId="431E179A" w14:textId="77777777" w:rsidTr="00E75FA3">
        <w:trPr>
          <w:jc w:val="center"/>
        </w:trPr>
        <w:tc>
          <w:tcPr>
            <w:tcW w:w="3173" w:type="dxa"/>
            <w:shd w:val="clear" w:color="auto" w:fill="D9E2F3"/>
            <w:vAlign w:val="center"/>
          </w:tcPr>
          <w:p w14:paraId="2C737043"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b/>
                <w:color w:val="000000"/>
                <w:sz w:val="28"/>
                <w:szCs w:val="28"/>
              </w:rPr>
              <w:t>Criterio</w:t>
            </w:r>
          </w:p>
        </w:tc>
        <w:tc>
          <w:tcPr>
            <w:tcW w:w="3173" w:type="dxa"/>
            <w:shd w:val="clear" w:color="auto" w:fill="D9E2F3"/>
            <w:vAlign w:val="center"/>
          </w:tcPr>
          <w:p w14:paraId="63A6759B"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b/>
                <w:color w:val="000000"/>
                <w:sz w:val="28"/>
                <w:szCs w:val="28"/>
              </w:rPr>
              <w:t>Descripción</w:t>
            </w:r>
          </w:p>
        </w:tc>
        <w:tc>
          <w:tcPr>
            <w:tcW w:w="3173" w:type="dxa"/>
            <w:shd w:val="clear" w:color="auto" w:fill="D9E2F3"/>
            <w:vAlign w:val="center"/>
          </w:tcPr>
          <w:p w14:paraId="03FAAF27"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b/>
                <w:color w:val="000000"/>
                <w:sz w:val="28"/>
                <w:szCs w:val="28"/>
              </w:rPr>
              <w:t>Ponderación</w:t>
            </w:r>
          </w:p>
        </w:tc>
      </w:tr>
      <w:tr w:rsidR="003D007D" w:rsidRPr="007D1D39" w14:paraId="3A538197" w14:textId="77777777" w:rsidTr="00E75FA3">
        <w:trPr>
          <w:jc w:val="center"/>
        </w:trPr>
        <w:tc>
          <w:tcPr>
            <w:tcW w:w="3173" w:type="dxa"/>
            <w:tcMar>
              <w:top w:w="90" w:type="dxa"/>
              <w:left w:w="90" w:type="dxa"/>
              <w:bottom w:w="90" w:type="dxa"/>
              <w:right w:w="90" w:type="dxa"/>
            </w:tcMar>
            <w:vAlign w:val="center"/>
          </w:tcPr>
          <w:p w14:paraId="747C3DC4"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Calidad poética y dominio expresivo</w:t>
            </w:r>
          </w:p>
        </w:tc>
        <w:tc>
          <w:tcPr>
            <w:tcW w:w="3173" w:type="dxa"/>
            <w:tcMar>
              <w:top w:w="90" w:type="dxa"/>
              <w:left w:w="90" w:type="dxa"/>
              <w:bottom w:w="90" w:type="dxa"/>
              <w:right w:w="90" w:type="dxa"/>
            </w:tcMar>
            <w:vAlign w:val="center"/>
          </w:tcPr>
          <w:p w14:paraId="5D5A8BB3"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Solidez de la propuesta poética, lenguaje y construcción del texto.</w:t>
            </w:r>
          </w:p>
        </w:tc>
        <w:tc>
          <w:tcPr>
            <w:tcW w:w="3173" w:type="dxa"/>
            <w:tcMar>
              <w:top w:w="90" w:type="dxa"/>
              <w:left w:w="90" w:type="dxa"/>
              <w:bottom w:w="90" w:type="dxa"/>
              <w:right w:w="90" w:type="dxa"/>
            </w:tcMar>
            <w:vAlign w:val="center"/>
          </w:tcPr>
          <w:p w14:paraId="75AE49D6"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30 %</w:t>
            </w:r>
          </w:p>
        </w:tc>
      </w:tr>
      <w:tr w:rsidR="003D007D" w:rsidRPr="007D1D39" w14:paraId="0D16C497" w14:textId="77777777" w:rsidTr="00E75FA3">
        <w:trPr>
          <w:jc w:val="center"/>
        </w:trPr>
        <w:tc>
          <w:tcPr>
            <w:tcW w:w="3173" w:type="dxa"/>
            <w:tcMar>
              <w:top w:w="90" w:type="dxa"/>
              <w:left w:w="90" w:type="dxa"/>
              <w:bottom w:w="90" w:type="dxa"/>
              <w:right w:w="90" w:type="dxa"/>
            </w:tcMar>
            <w:vAlign w:val="center"/>
          </w:tcPr>
          <w:p w14:paraId="309F5898"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Originalidad y voz poética</w:t>
            </w:r>
          </w:p>
        </w:tc>
        <w:tc>
          <w:tcPr>
            <w:tcW w:w="3173" w:type="dxa"/>
            <w:tcMar>
              <w:top w:w="90" w:type="dxa"/>
              <w:left w:w="90" w:type="dxa"/>
              <w:bottom w:w="90" w:type="dxa"/>
              <w:right w:w="90" w:type="dxa"/>
            </w:tcMar>
            <w:vAlign w:val="center"/>
          </w:tcPr>
          <w:p w14:paraId="6C1697C8"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Singularidad de la mirada y presencia de una voz propia.</w:t>
            </w:r>
          </w:p>
        </w:tc>
        <w:tc>
          <w:tcPr>
            <w:tcW w:w="3173" w:type="dxa"/>
            <w:tcMar>
              <w:top w:w="90" w:type="dxa"/>
              <w:left w:w="90" w:type="dxa"/>
              <w:bottom w:w="90" w:type="dxa"/>
              <w:right w:w="90" w:type="dxa"/>
            </w:tcMar>
            <w:vAlign w:val="center"/>
          </w:tcPr>
          <w:p w14:paraId="39C9C852" w14:textId="60B1C636"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2</w:t>
            </w:r>
            <w:r w:rsidR="00F12665" w:rsidRPr="007D1D39">
              <w:rPr>
                <w:rFonts w:ascii="Times New Roman" w:hAnsi="Times New Roman" w:cs="Times New Roman"/>
                <w:color w:val="000000"/>
                <w:sz w:val="28"/>
                <w:szCs w:val="28"/>
              </w:rPr>
              <w:t>0</w:t>
            </w:r>
            <w:r w:rsidRPr="007D1D39">
              <w:rPr>
                <w:rFonts w:ascii="Times New Roman" w:hAnsi="Times New Roman" w:cs="Times New Roman"/>
                <w:color w:val="000000"/>
                <w:sz w:val="28"/>
                <w:szCs w:val="28"/>
              </w:rPr>
              <w:t xml:space="preserve"> %</w:t>
            </w:r>
          </w:p>
        </w:tc>
      </w:tr>
      <w:tr w:rsidR="003D007D" w:rsidRPr="007D1D39" w14:paraId="696F3F74" w14:textId="77777777" w:rsidTr="00E75FA3">
        <w:trPr>
          <w:jc w:val="center"/>
        </w:trPr>
        <w:tc>
          <w:tcPr>
            <w:tcW w:w="3173" w:type="dxa"/>
            <w:tcMar>
              <w:top w:w="90" w:type="dxa"/>
              <w:left w:w="90" w:type="dxa"/>
              <w:bottom w:w="90" w:type="dxa"/>
              <w:right w:w="90" w:type="dxa"/>
            </w:tcMar>
            <w:vAlign w:val="center"/>
          </w:tcPr>
          <w:p w14:paraId="3D807D51"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lastRenderedPageBreak/>
              <w:t>Recursos poéticos e imágenes literarias</w:t>
            </w:r>
          </w:p>
        </w:tc>
        <w:tc>
          <w:tcPr>
            <w:tcW w:w="3173" w:type="dxa"/>
            <w:tcMar>
              <w:top w:w="90" w:type="dxa"/>
              <w:left w:w="90" w:type="dxa"/>
              <w:bottom w:w="90" w:type="dxa"/>
              <w:right w:w="90" w:type="dxa"/>
            </w:tcMar>
            <w:vAlign w:val="center"/>
          </w:tcPr>
          <w:p w14:paraId="05546991"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Uso significativo de metáforas, imágenes, ritmo, sonoridad y otros recursos expresivos.</w:t>
            </w:r>
          </w:p>
        </w:tc>
        <w:tc>
          <w:tcPr>
            <w:tcW w:w="3173" w:type="dxa"/>
            <w:tcMar>
              <w:top w:w="90" w:type="dxa"/>
              <w:left w:w="90" w:type="dxa"/>
              <w:bottom w:w="90" w:type="dxa"/>
              <w:right w:w="90" w:type="dxa"/>
            </w:tcMar>
            <w:vAlign w:val="center"/>
          </w:tcPr>
          <w:p w14:paraId="12628AB0" w14:textId="35B4F342" w:rsidR="003D007D" w:rsidRPr="007D1D39" w:rsidRDefault="00F12665"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10</w:t>
            </w:r>
            <w:r w:rsidR="00A864FD" w:rsidRPr="007D1D39">
              <w:rPr>
                <w:rFonts w:ascii="Times New Roman" w:hAnsi="Times New Roman" w:cs="Times New Roman"/>
                <w:color w:val="000000"/>
                <w:sz w:val="28"/>
                <w:szCs w:val="28"/>
              </w:rPr>
              <w:t xml:space="preserve"> %</w:t>
            </w:r>
          </w:p>
        </w:tc>
      </w:tr>
      <w:tr w:rsidR="003D007D" w:rsidRPr="007D1D39" w14:paraId="3D102B8E" w14:textId="77777777" w:rsidTr="00E75FA3">
        <w:trPr>
          <w:jc w:val="center"/>
        </w:trPr>
        <w:tc>
          <w:tcPr>
            <w:tcW w:w="3173" w:type="dxa"/>
            <w:tcMar>
              <w:top w:w="90" w:type="dxa"/>
              <w:left w:w="90" w:type="dxa"/>
              <w:bottom w:w="90" w:type="dxa"/>
              <w:right w:w="90" w:type="dxa"/>
            </w:tcMar>
            <w:vAlign w:val="center"/>
          </w:tcPr>
          <w:p w14:paraId="6BE223D9"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Coherencia y unidad poética</w:t>
            </w:r>
          </w:p>
        </w:tc>
        <w:tc>
          <w:tcPr>
            <w:tcW w:w="3173" w:type="dxa"/>
            <w:tcMar>
              <w:top w:w="90" w:type="dxa"/>
              <w:left w:w="90" w:type="dxa"/>
              <w:bottom w:w="90" w:type="dxa"/>
              <w:right w:w="90" w:type="dxa"/>
            </w:tcMar>
            <w:vAlign w:val="center"/>
          </w:tcPr>
          <w:p w14:paraId="5D862C73"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Articulación interna y consistencia de la propuesta.</w:t>
            </w:r>
          </w:p>
        </w:tc>
        <w:tc>
          <w:tcPr>
            <w:tcW w:w="3173" w:type="dxa"/>
            <w:tcMar>
              <w:top w:w="90" w:type="dxa"/>
              <w:left w:w="90" w:type="dxa"/>
              <w:bottom w:w="90" w:type="dxa"/>
              <w:right w:w="90" w:type="dxa"/>
            </w:tcMar>
            <w:vAlign w:val="center"/>
          </w:tcPr>
          <w:p w14:paraId="7F6411EA" w14:textId="3085F405"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1</w:t>
            </w:r>
            <w:r w:rsidR="00F12665" w:rsidRPr="007D1D39">
              <w:rPr>
                <w:rFonts w:ascii="Times New Roman" w:hAnsi="Times New Roman" w:cs="Times New Roman"/>
                <w:color w:val="000000"/>
                <w:sz w:val="28"/>
                <w:szCs w:val="28"/>
              </w:rPr>
              <w:t>0</w:t>
            </w:r>
            <w:r w:rsidRPr="007D1D39">
              <w:rPr>
                <w:rFonts w:ascii="Times New Roman" w:hAnsi="Times New Roman" w:cs="Times New Roman"/>
                <w:color w:val="000000"/>
                <w:sz w:val="28"/>
                <w:szCs w:val="28"/>
              </w:rPr>
              <w:t xml:space="preserve"> %</w:t>
            </w:r>
          </w:p>
        </w:tc>
      </w:tr>
      <w:tr w:rsidR="003D007D" w:rsidRPr="007D1D39" w14:paraId="0985F863" w14:textId="77777777" w:rsidTr="00E75FA3">
        <w:trPr>
          <w:jc w:val="center"/>
        </w:trPr>
        <w:tc>
          <w:tcPr>
            <w:tcW w:w="3173" w:type="dxa"/>
            <w:tcMar>
              <w:top w:w="90" w:type="dxa"/>
              <w:left w:w="90" w:type="dxa"/>
              <w:bottom w:w="90" w:type="dxa"/>
              <w:right w:w="90" w:type="dxa"/>
            </w:tcMar>
            <w:vAlign w:val="center"/>
          </w:tcPr>
          <w:p w14:paraId="3063AFA4"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Vinculación con la labor docente e impacto emocional</w:t>
            </w:r>
          </w:p>
        </w:tc>
        <w:tc>
          <w:tcPr>
            <w:tcW w:w="3173" w:type="dxa"/>
            <w:tcMar>
              <w:top w:w="90" w:type="dxa"/>
              <w:left w:w="90" w:type="dxa"/>
              <w:bottom w:w="90" w:type="dxa"/>
              <w:right w:w="90" w:type="dxa"/>
            </w:tcMar>
            <w:vAlign w:val="center"/>
          </w:tcPr>
          <w:p w14:paraId="7B56043C" w14:textId="77777777" w:rsidR="003D007D" w:rsidRPr="007D1D39" w:rsidRDefault="00A864FD"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Capacidad para abordar literariamente la temática y generar emoción, evocación o reflexión.</w:t>
            </w:r>
          </w:p>
        </w:tc>
        <w:tc>
          <w:tcPr>
            <w:tcW w:w="3173" w:type="dxa"/>
            <w:tcMar>
              <w:top w:w="90" w:type="dxa"/>
              <w:left w:w="90" w:type="dxa"/>
              <w:bottom w:w="90" w:type="dxa"/>
              <w:right w:w="90" w:type="dxa"/>
            </w:tcMar>
            <w:vAlign w:val="center"/>
          </w:tcPr>
          <w:p w14:paraId="2DED73F3" w14:textId="6978B2FA" w:rsidR="003D007D" w:rsidRPr="007D1D39" w:rsidRDefault="00F12665" w:rsidP="00E75FA3">
            <w:pPr>
              <w:jc w:val="center"/>
              <w:rPr>
                <w:rFonts w:ascii="Times New Roman" w:hAnsi="Times New Roman" w:cs="Times New Roman"/>
                <w:sz w:val="28"/>
                <w:szCs w:val="28"/>
              </w:rPr>
            </w:pPr>
            <w:r w:rsidRPr="007D1D39">
              <w:rPr>
                <w:rFonts w:ascii="Times New Roman" w:hAnsi="Times New Roman" w:cs="Times New Roman"/>
                <w:color w:val="000000"/>
                <w:sz w:val="28"/>
                <w:szCs w:val="28"/>
              </w:rPr>
              <w:t>3</w:t>
            </w:r>
            <w:r w:rsidR="00A864FD" w:rsidRPr="007D1D39">
              <w:rPr>
                <w:rFonts w:ascii="Times New Roman" w:hAnsi="Times New Roman" w:cs="Times New Roman"/>
                <w:color w:val="000000"/>
                <w:sz w:val="28"/>
                <w:szCs w:val="28"/>
              </w:rPr>
              <w:t>0 %</w:t>
            </w:r>
          </w:p>
        </w:tc>
      </w:tr>
    </w:tbl>
    <w:p w14:paraId="7396AFE6" w14:textId="77777777" w:rsidR="003D007D" w:rsidRPr="007D1D39" w:rsidRDefault="00A864FD">
      <w:pPr>
        <w:jc w:val="right"/>
        <w:rPr>
          <w:rFonts w:ascii="Times New Roman" w:hAnsi="Times New Roman" w:cs="Times New Roman"/>
          <w:sz w:val="28"/>
          <w:szCs w:val="28"/>
        </w:rPr>
      </w:pPr>
      <w:r w:rsidRPr="007D1D39">
        <w:rPr>
          <w:rFonts w:ascii="Times New Roman" w:hAnsi="Times New Roman" w:cs="Times New Roman"/>
          <w:color w:val="000000"/>
          <w:sz w:val="28"/>
          <w:szCs w:val="28"/>
        </w:rPr>
        <w:t>TOTAL: 100 %</w:t>
      </w:r>
    </w:p>
    <w:p w14:paraId="76E704C2"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15. PREMIACIÓN</w:t>
      </w:r>
    </w:p>
    <w:p w14:paraId="17AE9092"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Se establecerán reconocimientos independientes para cada categoría.</w:t>
      </w:r>
    </w:p>
    <w:p w14:paraId="1EED01E4"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CATEGORÍA CUENTO: Primer Lugar, Segundo Lugar y Tercer Lugar.</w:t>
      </w:r>
      <w:r w:rsidRPr="007D1D39">
        <w:rPr>
          <w:rFonts w:ascii="Times New Roman" w:hAnsi="Times New Roman" w:cs="Times New Roman"/>
          <w:color w:val="000000"/>
          <w:sz w:val="28"/>
          <w:szCs w:val="28"/>
        </w:rPr>
        <w:br/>
        <w:t>CATEGORÍA POESÍA: Primer Lugar, Segundo Lugar y Tercer Lugar.</w:t>
      </w:r>
    </w:p>
    <w:p w14:paraId="056E3AEF"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El jurado podrá otorgar Menciones Honrosas en cualquiera de las categorías cuando considere que una obra posee méritos literarios suficientes para recibir un reconocimiento especial. Asimismo, podrá declarar desierto uno o más lugares cuando las obras presentadas no alcancen el estándar literario requerido.</w:t>
      </w:r>
    </w:p>
    <w:p w14:paraId="70D791A7"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16. FALLO Y RESULTADOS</w:t>
      </w:r>
    </w:p>
    <w:p w14:paraId="18FBA1AA"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El fallo del jurado será inapelable. Los resultados serán comunicados a las personas ganadoras y posteriormente difundidos a través de los canales oficiales del Colegio de Profesores de Chile.</w:t>
      </w:r>
    </w:p>
    <w:p w14:paraId="0875C31D"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17. CEREMONIA DE PREMIACIÓN</w:t>
      </w:r>
    </w:p>
    <w:p w14:paraId="28CAE689" w14:textId="5AF96B21"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 xml:space="preserve">Las autoras y autores de las obras distinguidas </w:t>
      </w:r>
      <w:proofErr w:type="spellStart"/>
      <w:r w:rsidRPr="007D1D39">
        <w:rPr>
          <w:rFonts w:ascii="Times New Roman" w:hAnsi="Times New Roman" w:cs="Times New Roman"/>
          <w:color w:val="000000"/>
          <w:sz w:val="28"/>
          <w:szCs w:val="28"/>
        </w:rPr>
        <w:t>serán</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reconocidos</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en</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una</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ceremonia</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oficial</w:t>
      </w:r>
      <w:proofErr w:type="spellEnd"/>
      <w:r w:rsidRPr="007D1D39">
        <w:rPr>
          <w:rFonts w:ascii="Times New Roman" w:hAnsi="Times New Roman" w:cs="Times New Roman"/>
          <w:color w:val="000000"/>
          <w:sz w:val="28"/>
          <w:szCs w:val="28"/>
        </w:rPr>
        <w:t xml:space="preserve"> </w:t>
      </w:r>
      <w:r w:rsidR="00F12665" w:rsidRPr="007D1D39">
        <w:rPr>
          <w:rFonts w:ascii="Times New Roman" w:hAnsi="Times New Roman" w:cs="Times New Roman"/>
          <w:color w:val="000000"/>
          <w:sz w:val="28"/>
          <w:szCs w:val="28"/>
        </w:rPr>
        <w:t xml:space="preserve">que </w:t>
      </w:r>
      <w:proofErr w:type="spellStart"/>
      <w:r w:rsidR="00F12665" w:rsidRPr="007D1D39">
        <w:rPr>
          <w:rFonts w:ascii="Times New Roman" w:hAnsi="Times New Roman" w:cs="Times New Roman"/>
          <w:color w:val="000000"/>
          <w:sz w:val="28"/>
          <w:szCs w:val="28"/>
        </w:rPr>
        <w:t>tendrá</w:t>
      </w:r>
      <w:proofErr w:type="spellEnd"/>
      <w:r w:rsidR="00F12665" w:rsidRPr="007D1D39">
        <w:rPr>
          <w:rFonts w:ascii="Times New Roman" w:hAnsi="Times New Roman" w:cs="Times New Roman"/>
          <w:color w:val="000000"/>
          <w:sz w:val="28"/>
          <w:szCs w:val="28"/>
        </w:rPr>
        <w:t xml:space="preserve"> </w:t>
      </w:r>
      <w:proofErr w:type="spellStart"/>
      <w:r w:rsidR="00F12665" w:rsidRPr="007D1D39">
        <w:rPr>
          <w:rFonts w:ascii="Times New Roman" w:hAnsi="Times New Roman" w:cs="Times New Roman"/>
          <w:color w:val="000000"/>
          <w:sz w:val="28"/>
          <w:szCs w:val="28"/>
        </w:rPr>
        <w:t>lugar</w:t>
      </w:r>
      <w:proofErr w:type="spellEnd"/>
      <w:r w:rsidR="00F12665" w:rsidRPr="007D1D39">
        <w:rPr>
          <w:rFonts w:ascii="Times New Roman" w:hAnsi="Times New Roman" w:cs="Times New Roman"/>
          <w:color w:val="000000"/>
          <w:sz w:val="28"/>
          <w:szCs w:val="28"/>
        </w:rPr>
        <w:t xml:space="preserve"> </w:t>
      </w:r>
      <w:proofErr w:type="spellStart"/>
      <w:r w:rsidR="00F12665" w:rsidRPr="007D1D39">
        <w:rPr>
          <w:rFonts w:ascii="Times New Roman" w:hAnsi="Times New Roman" w:cs="Times New Roman"/>
          <w:color w:val="000000"/>
          <w:sz w:val="28"/>
          <w:szCs w:val="28"/>
        </w:rPr>
        <w:t>el</w:t>
      </w:r>
      <w:proofErr w:type="spellEnd"/>
      <w:r w:rsidR="00F12665" w:rsidRPr="007D1D39">
        <w:rPr>
          <w:rFonts w:ascii="Times New Roman" w:hAnsi="Times New Roman" w:cs="Times New Roman"/>
          <w:color w:val="000000"/>
          <w:sz w:val="28"/>
          <w:szCs w:val="28"/>
        </w:rPr>
        <w:t xml:space="preserve"> Viernes 04 de </w:t>
      </w:r>
      <w:proofErr w:type="spellStart"/>
      <w:r w:rsidR="00F12665" w:rsidRPr="007D1D39">
        <w:rPr>
          <w:rFonts w:ascii="Times New Roman" w:hAnsi="Times New Roman" w:cs="Times New Roman"/>
          <w:color w:val="000000"/>
          <w:sz w:val="28"/>
          <w:szCs w:val="28"/>
        </w:rPr>
        <w:t>diciembre</w:t>
      </w:r>
      <w:proofErr w:type="spellEnd"/>
      <w:r w:rsidR="00F12665" w:rsidRPr="007D1D39">
        <w:rPr>
          <w:rFonts w:ascii="Times New Roman" w:hAnsi="Times New Roman" w:cs="Times New Roman"/>
          <w:color w:val="000000"/>
          <w:sz w:val="28"/>
          <w:szCs w:val="28"/>
        </w:rPr>
        <w:t xml:space="preserve"> de 2026</w:t>
      </w:r>
      <w:r w:rsidR="00937DA2" w:rsidRPr="007D1D39">
        <w:rPr>
          <w:rFonts w:ascii="Times New Roman" w:hAnsi="Times New Roman" w:cs="Times New Roman"/>
          <w:color w:val="000000"/>
          <w:sz w:val="28"/>
          <w:szCs w:val="28"/>
        </w:rPr>
        <w:t xml:space="preserve"> </w:t>
      </w:r>
      <w:proofErr w:type="spellStart"/>
      <w:r w:rsidR="00937DA2" w:rsidRPr="007D1D39">
        <w:rPr>
          <w:rFonts w:ascii="Times New Roman" w:hAnsi="Times New Roman" w:cs="Times New Roman"/>
          <w:color w:val="000000"/>
          <w:sz w:val="28"/>
          <w:szCs w:val="28"/>
        </w:rPr>
        <w:t>en</w:t>
      </w:r>
      <w:proofErr w:type="spellEnd"/>
      <w:r w:rsidR="00937DA2" w:rsidRPr="007D1D39">
        <w:rPr>
          <w:rFonts w:ascii="Times New Roman" w:hAnsi="Times New Roman" w:cs="Times New Roman"/>
          <w:color w:val="000000"/>
          <w:sz w:val="28"/>
          <w:szCs w:val="28"/>
        </w:rPr>
        <w:t xml:space="preserve"> La Casa del Maestro</w:t>
      </w:r>
      <w:r w:rsidRPr="007D1D39">
        <w:rPr>
          <w:rFonts w:ascii="Times New Roman" w:hAnsi="Times New Roman" w:cs="Times New Roman"/>
          <w:color w:val="000000"/>
          <w:sz w:val="28"/>
          <w:szCs w:val="28"/>
        </w:rPr>
        <w:t>. Esta instancia buscará constituirse en un espacio de encuentro cultural y reconocimiento de la creación literaria desarrollada desde el magisterio chileno.</w:t>
      </w:r>
    </w:p>
    <w:p w14:paraId="0AFAD5B0"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lastRenderedPageBreak/>
        <w:t>18. AUTORÍA Y DERECHOS</w:t>
      </w:r>
    </w:p>
    <w:p w14:paraId="53E47217"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La participación en el concurso no implica la pérdida ni cesión de la autoría de las obras. Los derechos de autor permanecerán en poder de sus respectivas autoras y autores.</w:t>
      </w:r>
    </w:p>
    <w:p w14:paraId="7DF9BC2F"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Las personas participantes autorizan al Colegio de Profesores de Chile a difundir las obras premiadas o seleccionadas, total o parcialmente, con fines culturales, educativos e institucionales, mencionando siempre de manera explícita la autoría correspondiente.</w:t>
      </w:r>
    </w:p>
    <w:p w14:paraId="70B5637D"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Cualquier publicación, antología o iniciativa editorial posterior deberá respetar la legislación vigente sobre propiedad intelectual y los derechos morales de las autoras y autores.</w:t>
      </w:r>
    </w:p>
    <w:p w14:paraId="79B69B88"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19. INTEGRIDAD Y AUTORÍA DE LAS OBRAS</w:t>
      </w:r>
    </w:p>
    <w:p w14:paraId="6D79AA9D"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La presentación de una obra implica que la persona participante declara ser su legítima autora y responsable de su contenido. La comprobación de plagio, apropiación de una obra ajena, falsedad de autoría u otra vulneración grave de las presentes bases facultará a la organización para excluir la obra del concurso, incluso si dicha situación fuese detectada con posterioridad al fallo.</w:t>
      </w:r>
    </w:p>
    <w:p w14:paraId="6F932CC3"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20. SITUACIONES NO PREVISTAS</w:t>
      </w:r>
    </w:p>
    <w:p w14:paraId="7C292C0C" w14:textId="77777777" w:rsidR="003D007D" w:rsidRPr="007D1D39" w:rsidRDefault="00A864FD">
      <w:pPr>
        <w:jc w:val="both"/>
        <w:rPr>
          <w:rFonts w:ascii="Times New Roman" w:hAnsi="Times New Roman" w:cs="Times New Roman"/>
          <w:sz w:val="28"/>
          <w:szCs w:val="28"/>
        </w:rPr>
      </w:pPr>
      <w:r w:rsidRPr="007D1D39">
        <w:rPr>
          <w:rFonts w:ascii="Times New Roman" w:hAnsi="Times New Roman" w:cs="Times New Roman"/>
          <w:color w:val="000000"/>
          <w:sz w:val="28"/>
          <w:szCs w:val="28"/>
        </w:rPr>
        <w:t>Cualquier situación no contemplada expresamente en estas bases será resuelta por la organización del concurso, resguardando los principios de equidad, transparencia, respeto a las personas participantes y espíritu cultural del certamen.</w:t>
      </w:r>
    </w:p>
    <w:p w14:paraId="528BC843" w14:textId="77777777" w:rsidR="003D007D" w:rsidRPr="007D1D39" w:rsidRDefault="00A864FD">
      <w:pPr>
        <w:pStyle w:val="Ttulo1"/>
        <w:rPr>
          <w:rFonts w:ascii="Times New Roman" w:hAnsi="Times New Roman" w:cs="Times New Roman"/>
        </w:rPr>
      </w:pPr>
      <w:r w:rsidRPr="007D1D39">
        <w:rPr>
          <w:rFonts w:ascii="Times New Roman" w:hAnsi="Times New Roman" w:cs="Times New Roman"/>
          <w:color w:val="000000"/>
        </w:rPr>
        <w:t>21. ACEPTACIÓN DE LAS BASES</w:t>
      </w:r>
    </w:p>
    <w:p w14:paraId="578E8E93" w14:textId="62838476" w:rsidR="003D007D" w:rsidRPr="007D1D39" w:rsidRDefault="00A864FD">
      <w:pPr>
        <w:jc w:val="both"/>
        <w:rPr>
          <w:rFonts w:ascii="Times New Roman" w:hAnsi="Times New Roman" w:cs="Times New Roman"/>
          <w:color w:val="000000"/>
          <w:sz w:val="28"/>
          <w:szCs w:val="28"/>
        </w:rPr>
      </w:pPr>
      <w:r w:rsidRPr="007D1D39">
        <w:rPr>
          <w:rFonts w:ascii="Times New Roman" w:hAnsi="Times New Roman" w:cs="Times New Roman"/>
          <w:color w:val="000000"/>
          <w:sz w:val="28"/>
          <w:szCs w:val="28"/>
        </w:rPr>
        <w:t xml:space="preserve">La </w:t>
      </w:r>
      <w:proofErr w:type="spellStart"/>
      <w:r w:rsidRPr="007D1D39">
        <w:rPr>
          <w:rFonts w:ascii="Times New Roman" w:hAnsi="Times New Roman" w:cs="Times New Roman"/>
          <w:color w:val="000000"/>
          <w:sz w:val="28"/>
          <w:szCs w:val="28"/>
        </w:rPr>
        <w:t>participación</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en</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el</w:t>
      </w:r>
      <w:proofErr w:type="spellEnd"/>
      <w:r w:rsidRPr="007D1D39">
        <w:rPr>
          <w:rFonts w:ascii="Times New Roman" w:hAnsi="Times New Roman" w:cs="Times New Roman"/>
          <w:color w:val="000000"/>
          <w:sz w:val="28"/>
          <w:szCs w:val="28"/>
        </w:rPr>
        <w:t xml:space="preserve"> Concurso </w:t>
      </w:r>
      <w:proofErr w:type="spellStart"/>
      <w:r w:rsidRPr="007D1D39">
        <w:rPr>
          <w:rFonts w:ascii="Times New Roman" w:hAnsi="Times New Roman" w:cs="Times New Roman"/>
          <w:color w:val="000000"/>
          <w:sz w:val="28"/>
          <w:szCs w:val="28"/>
        </w:rPr>
        <w:t>Literario</w:t>
      </w:r>
      <w:proofErr w:type="spellEnd"/>
      <w:r w:rsidRPr="007D1D39">
        <w:rPr>
          <w:rFonts w:ascii="Times New Roman" w:hAnsi="Times New Roman" w:cs="Times New Roman"/>
          <w:color w:val="000000"/>
          <w:sz w:val="28"/>
          <w:szCs w:val="28"/>
        </w:rPr>
        <w:t xml:space="preserve"> Nacional “</w:t>
      </w:r>
      <w:proofErr w:type="spellStart"/>
      <w:r w:rsidR="00E75FA3" w:rsidRPr="007D1D39">
        <w:rPr>
          <w:rFonts w:ascii="Times New Roman" w:hAnsi="Times New Roman" w:cs="Times New Roman"/>
          <w:color w:val="000000"/>
          <w:sz w:val="28"/>
          <w:szCs w:val="28"/>
        </w:rPr>
        <w:t>Huellas</w:t>
      </w:r>
      <w:proofErr w:type="spellEnd"/>
      <w:r w:rsidRPr="007D1D39">
        <w:rPr>
          <w:rFonts w:ascii="Times New Roman" w:hAnsi="Times New Roman" w:cs="Times New Roman"/>
          <w:color w:val="000000"/>
          <w:sz w:val="28"/>
          <w:szCs w:val="28"/>
        </w:rPr>
        <w:t xml:space="preserve"> del </w:t>
      </w:r>
      <w:proofErr w:type="spellStart"/>
      <w:r w:rsidRPr="007D1D39">
        <w:rPr>
          <w:rFonts w:ascii="Times New Roman" w:hAnsi="Times New Roman" w:cs="Times New Roman"/>
          <w:color w:val="000000"/>
          <w:sz w:val="28"/>
          <w:szCs w:val="28"/>
        </w:rPr>
        <w:t>Magisterio</w:t>
      </w:r>
      <w:proofErr w:type="spellEnd"/>
      <w:r w:rsidRPr="007D1D39">
        <w:rPr>
          <w:rFonts w:ascii="Times New Roman" w:hAnsi="Times New Roman" w:cs="Times New Roman"/>
          <w:color w:val="000000"/>
          <w:sz w:val="28"/>
          <w:szCs w:val="28"/>
        </w:rPr>
        <w:t xml:space="preserve">” 2026 </w:t>
      </w:r>
      <w:proofErr w:type="spellStart"/>
      <w:r w:rsidRPr="007D1D39">
        <w:rPr>
          <w:rFonts w:ascii="Times New Roman" w:hAnsi="Times New Roman" w:cs="Times New Roman"/>
          <w:color w:val="000000"/>
          <w:sz w:val="28"/>
          <w:szCs w:val="28"/>
        </w:rPr>
        <w:t>implica</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el</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conocimiento</w:t>
      </w:r>
      <w:proofErr w:type="spellEnd"/>
      <w:r w:rsidRPr="007D1D39">
        <w:rPr>
          <w:rFonts w:ascii="Times New Roman" w:hAnsi="Times New Roman" w:cs="Times New Roman"/>
          <w:color w:val="000000"/>
          <w:sz w:val="28"/>
          <w:szCs w:val="28"/>
        </w:rPr>
        <w:t xml:space="preserve"> y </w:t>
      </w:r>
      <w:proofErr w:type="spellStart"/>
      <w:r w:rsidRPr="007D1D39">
        <w:rPr>
          <w:rFonts w:ascii="Times New Roman" w:hAnsi="Times New Roman" w:cs="Times New Roman"/>
          <w:color w:val="000000"/>
          <w:sz w:val="28"/>
          <w:szCs w:val="28"/>
        </w:rPr>
        <w:t>aceptación</w:t>
      </w:r>
      <w:proofErr w:type="spellEnd"/>
      <w:r w:rsidRPr="007D1D39">
        <w:rPr>
          <w:rFonts w:ascii="Times New Roman" w:hAnsi="Times New Roman" w:cs="Times New Roman"/>
          <w:color w:val="000000"/>
          <w:sz w:val="28"/>
          <w:szCs w:val="28"/>
        </w:rPr>
        <w:t xml:space="preserve"> </w:t>
      </w:r>
      <w:proofErr w:type="spellStart"/>
      <w:r w:rsidRPr="007D1D39">
        <w:rPr>
          <w:rFonts w:ascii="Times New Roman" w:hAnsi="Times New Roman" w:cs="Times New Roman"/>
          <w:color w:val="000000"/>
          <w:sz w:val="28"/>
          <w:szCs w:val="28"/>
        </w:rPr>
        <w:t>íntegra</w:t>
      </w:r>
      <w:proofErr w:type="spellEnd"/>
      <w:r w:rsidRPr="007D1D39">
        <w:rPr>
          <w:rFonts w:ascii="Times New Roman" w:hAnsi="Times New Roman" w:cs="Times New Roman"/>
          <w:color w:val="000000"/>
          <w:sz w:val="28"/>
          <w:szCs w:val="28"/>
        </w:rPr>
        <w:t xml:space="preserve"> de las </w:t>
      </w:r>
      <w:proofErr w:type="spellStart"/>
      <w:r w:rsidRPr="007D1D39">
        <w:rPr>
          <w:rFonts w:ascii="Times New Roman" w:hAnsi="Times New Roman" w:cs="Times New Roman"/>
          <w:color w:val="000000"/>
          <w:sz w:val="28"/>
          <w:szCs w:val="28"/>
        </w:rPr>
        <w:t>presentes</w:t>
      </w:r>
      <w:proofErr w:type="spellEnd"/>
      <w:r w:rsidRPr="007D1D39">
        <w:rPr>
          <w:rFonts w:ascii="Times New Roman" w:hAnsi="Times New Roman" w:cs="Times New Roman"/>
          <w:color w:val="000000"/>
          <w:sz w:val="28"/>
          <w:szCs w:val="28"/>
        </w:rPr>
        <w:t xml:space="preserve"> bases.</w:t>
      </w:r>
    </w:p>
    <w:p w14:paraId="396171E2" w14:textId="77777777" w:rsidR="00281D6B" w:rsidRPr="007D1D39" w:rsidRDefault="00281D6B">
      <w:pPr>
        <w:jc w:val="both"/>
        <w:rPr>
          <w:rFonts w:ascii="Times New Roman" w:hAnsi="Times New Roman" w:cs="Times New Roman"/>
          <w:color w:val="000000"/>
          <w:sz w:val="28"/>
          <w:szCs w:val="28"/>
        </w:rPr>
      </w:pPr>
    </w:p>
    <w:p w14:paraId="33906DC6" w14:textId="77777777" w:rsidR="00281D6B" w:rsidRPr="007D1D39" w:rsidRDefault="00281D6B">
      <w:pPr>
        <w:jc w:val="both"/>
        <w:rPr>
          <w:rFonts w:ascii="Times New Roman" w:hAnsi="Times New Roman" w:cs="Times New Roman"/>
          <w:color w:val="000000"/>
          <w:sz w:val="28"/>
          <w:szCs w:val="28"/>
        </w:rPr>
      </w:pPr>
    </w:p>
    <w:p w14:paraId="355F4999" w14:textId="77777777" w:rsidR="00281D6B" w:rsidRPr="007D1D39" w:rsidRDefault="00281D6B">
      <w:pPr>
        <w:jc w:val="both"/>
        <w:rPr>
          <w:rFonts w:ascii="Times New Roman" w:hAnsi="Times New Roman" w:cs="Times New Roman"/>
          <w:color w:val="000000"/>
          <w:sz w:val="28"/>
          <w:szCs w:val="28"/>
        </w:rPr>
      </w:pPr>
    </w:p>
    <w:p w14:paraId="7D6747E5" w14:textId="77777777" w:rsidR="00281D6B" w:rsidRPr="007D1D39" w:rsidRDefault="00281D6B">
      <w:pPr>
        <w:jc w:val="both"/>
        <w:rPr>
          <w:rFonts w:ascii="Times New Roman" w:hAnsi="Times New Roman" w:cs="Times New Roman"/>
          <w:color w:val="000000"/>
          <w:sz w:val="28"/>
          <w:szCs w:val="28"/>
        </w:rPr>
      </w:pPr>
    </w:p>
    <w:p w14:paraId="3083787A" w14:textId="77777777" w:rsidR="00281D6B" w:rsidRPr="007D1D39" w:rsidRDefault="00281D6B">
      <w:pPr>
        <w:jc w:val="both"/>
        <w:rPr>
          <w:rFonts w:ascii="Times New Roman" w:hAnsi="Times New Roman" w:cs="Times New Roman"/>
          <w:color w:val="000000"/>
          <w:sz w:val="28"/>
          <w:szCs w:val="28"/>
        </w:rPr>
      </w:pPr>
    </w:p>
    <w:p w14:paraId="4003ADD0" w14:textId="77777777" w:rsidR="00281D6B" w:rsidRPr="007D1D39" w:rsidRDefault="00281D6B">
      <w:pPr>
        <w:jc w:val="both"/>
        <w:rPr>
          <w:rFonts w:ascii="Times New Roman" w:hAnsi="Times New Roman" w:cs="Times New Roman"/>
          <w:color w:val="000000"/>
          <w:sz w:val="28"/>
          <w:szCs w:val="28"/>
        </w:rPr>
      </w:pPr>
    </w:p>
    <w:p w14:paraId="0F06AC02" w14:textId="77777777" w:rsidR="00281D6B" w:rsidRPr="007D1D39" w:rsidRDefault="00281D6B">
      <w:pPr>
        <w:jc w:val="both"/>
        <w:rPr>
          <w:rFonts w:ascii="Times New Roman" w:hAnsi="Times New Roman" w:cs="Times New Roman"/>
          <w:color w:val="000000"/>
          <w:sz w:val="28"/>
          <w:szCs w:val="28"/>
        </w:rPr>
      </w:pPr>
    </w:p>
    <w:p w14:paraId="6A6E23E8" w14:textId="77777777" w:rsidR="00281D6B" w:rsidRPr="007D1D39" w:rsidRDefault="00281D6B">
      <w:pPr>
        <w:jc w:val="both"/>
        <w:rPr>
          <w:rFonts w:ascii="Times New Roman" w:hAnsi="Times New Roman" w:cs="Times New Roman"/>
          <w:color w:val="000000"/>
          <w:sz w:val="28"/>
          <w:szCs w:val="28"/>
        </w:rPr>
      </w:pPr>
    </w:p>
    <w:p w14:paraId="0AD48FEB" w14:textId="77777777" w:rsidR="00281D6B" w:rsidRPr="007D1D39" w:rsidRDefault="00281D6B">
      <w:pPr>
        <w:jc w:val="both"/>
        <w:rPr>
          <w:rFonts w:ascii="Times New Roman" w:hAnsi="Times New Roman" w:cs="Times New Roman"/>
          <w:color w:val="000000"/>
          <w:sz w:val="28"/>
          <w:szCs w:val="28"/>
        </w:rPr>
      </w:pPr>
    </w:p>
    <w:p w14:paraId="39AB89C7" w14:textId="77777777" w:rsidR="00281D6B" w:rsidRPr="007D1D39" w:rsidRDefault="00281D6B">
      <w:pPr>
        <w:jc w:val="both"/>
        <w:rPr>
          <w:rFonts w:ascii="Times New Roman" w:hAnsi="Times New Roman" w:cs="Times New Roman"/>
          <w:color w:val="000000"/>
          <w:sz w:val="28"/>
          <w:szCs w:val="28"/>
        </w:rPr>
      </w:pPr>
    </w:p>
    <w:p w14:paraId="7197BAE7" w14:textId="77777777" w:rsidR="00281D6B" w:rsidRPr="007D1D39" w:rsidRDefault="00281D6B">
      <w:pPr>
        <w:jc w:val="both"/>
        <w:rPr>
          <w:rFonts w:ascii="Times New Roman" w:hAnsi="Times New Roman" w:cs="Times New Roman"/>
          <w:color w:val="000000"/>
          <w:sz w:val="28"/>
          <w:szCs w:val="28"/>
        </w:rPr>
      </w:pPr>
    </w:p>
    <w:p w14:paraId="02BB9B43" w14:textId="77777777" w:rsidR="00281D6B" w:rsidRPr="007D1D39" w:rsidRDefault="00281D6B">
      <w:pPr>
        <w:jc w:val="both"/>
        <w:rPr>
          <w:rFonts w:ascii="Times New Roman" w:hAnsi="Times New Roman" w:cs="Times New Roman"/>
          <w:color w:val="000000"/>
          <w:sz w:val="28"/>
          <w:szCs w:val="28"/>
        </w:rPr>
      </w:pPr>
    </w:p>
    <w:p w14:paraId="1BBD3C2F" w14:textId="77777777" w:rsidR="00281D6B" w:rsidRPr="007D1D39" w:rsidRDefault="00281D6B">
      <w:pPr>
        <w:jc w:val="both"/>
        <w:rPr>
          <w:rFonts w:ascii="Times New Roman" w:hAnsi="Times New Roman" w:cs="Times New Roman"/>
          <w:sz w:val="28"/>
          <w:szCs w:val="28"/>
        </w:rPr>
      </w:pPr>
    </w:p>
    <w:p w14:paraId="13008E3F" w14:textId="77777777" w:rsidR="003D007D" w:rsidRPr="007D1D39" w:rsidRDefault="003D007D">
      <w:pPr>
        <w:rPr>
          <w:rFonts w:ascii="Times New Roman" w:hAnsi="Times New Roman" w:cs="Times New Roman"/>
          <w:sz w:val="28"/>
          <w:szCs w:val="28"/>
        </w:rPr>
      </w:pPr>
    </w:p>
    <w:p w14:paraId="175DCF7F" w14:textId="77777777" w:rsidR="003D007D" w:rsidRPr="007D1D39" w:rsidRDefault="00A864FD">
      <w:pPr>
        <w:jc w:val="center"/>
        <w:rPr>
          <w:rFonts w:ascii="Times New Roman" w:hAnsi="Times New Roman" w:cs="Times New Roman"/>
          <w:sz w:val="28"/>
          <w:szCs w:val="28"/>
        </w:rPr>
      </w:pPr>
      <w:r w:rsidRPr="007D1D39">
        <w:rPr>
          <w:rFonts w:ascii="Times New Roman" w:hAnsi="Times New Roman" w:cs="Times New Roman"/>
          <w:b/>
          <w:color w:val="000000"/>
          <w:sz w:val="28"/>
          <w:szCs w:val="28"/>
        </w:rPr>
        <w:t>PALABRAS DEL MAGISTERIO</w:t>
      </w:r>
    </w:p>
    <w:p w14:paraId="04EDEEFE" w14:textId="77777777" w:rsidR="003D007D" w:rsidRPr="007D1D39" w:rsidRDefault="00A864FD">
      <w:pPr>
        <w:jc w:val="center"/>
        <w:rPr>
          <w:rFonts w:ascii="Times New Roman" w:hAnsi="Times New Roman" w:cs="Times New Roman"/>
          <w:sz w:val="28"/>
          <w:szCs w:val="28"/>
        </w:rPr>
      </w:pPr>
      <w:r w:rsidRPr="007D1D39">
        <w:rPr>
          <w:rFonts w:ascii="Times New Roman" w:hAnsi="Times New Roman" w:cs="Times New Roman"/>
          <w:i/>
          <w:color w:val="000000"/>
          <w:sz w:val="28"/>
          <w:szCs w:val="28"/>
        </w:rPr>
        <w:t>“En cada aula habitan historias que merecen ser contadas.”</w:t>
      </w:r>
    </w:p>
    <w:p w14:paraId="36F62E10" w14:textId="77777777" w:rsidR="003D007D" w:rsidRPr="007D1D39" w:rsidRDefault="00A864FD">
      <w:pPr>
        <w:jc w:val="center"/>
        <w:rPr>
          <w:rFonts w:ascii="Times New Roman" w:hAnsi="Times New Roman" w:cs="Times New Roman"/>
          <w:color w:val="000000"/>
          <w:sz w:val="28"/>
          <w:szCs w:val="28"/>
        </w:rPr>
      </w:pPr>
      <w:r w:rsidRPr="007D1D39">
        <w:rPr>
          <w:rFonts w:ascii="Times New Roman" w:hAnsi="Times New Roman" w:cs="Times New Roman"/>
          <w:color w:val="000000"/>
          <w:sz w:val="28"/>
          <w:szCs w:val="28"/>
        </w:rPr>
        <w:t>Porque la docencia también se escribe. Porque la educación deja huellas.</w:t>
      </w:r>
      <w:r w:rsidRPr="007D1D39">
        <w:rPr>
          <w:rFonts w:ascii="Times New Roman" w:hAnsi="Times New Roman" w:cs="Times New Roman"/>
          <w:color w:val="000000"/>
          <w:sz w:val="28"/>
          <w:szCs w:val="28"/>
        </w:rPr>
        <w:br/>
        <w:t xml:space="preserve">Y porque las palabras del magisterio forman </w:t>
      </w:r>
      <w:proofErr w:type="spellStart"/>
      <w:r w:rsidRPr="007D1D39">
        <w:rPr>
          <w:rFonts w:ascii="Times New Roman" w:hAnsi="Times New Roman" w:cs="Times New Roman"/>
          <w:color w:val="000000"/>
          <w:sz w:val="28"/>
          <w:szCs w:val="28"/>
        </w:rPr>
        <w:t>parte</w:t>
      </w:r>
      <w:proofErr w:type="spellEnd"/>
      <w:r w:rsidRPr="007D1D39">
        <w:rPr>
          <w:rFonts w:ascii="Times New Roman" w:hAnsi="Times New Roman" w:cs="Times New Roman"/>
          <w:color w:val="000000"/>
          <w:sz w:val="28"/>
          <w:szCs w:val="28"/>
        </w:rPr>
        <w:t xml:space="preserve"> de la </w:t>
      </w:r>
      <w:proofErr w:type="spellStart"/>
      <w:r w:rsidRPr="007D1D39">
        <w:rPr>
          <w:rFonts w:ascii="Times New Roman" w:hAnsi="Times New Roman" w:cs="Times New Roman"/>
          <w:color w:val="000000"/>
          <w:sz w:val="28"/>
          <w:szCs w:val="28"/>
        </w:rPr>
        <w:t>memoria</w:t>
      </w:r>
      <w:proofErr w:type="spellEnd"/>
      <w:r w:rsidRPr="007D1D39">
        <w:rPr>
          <w:rFonts w:ascii="Times New Roman" w:hAnsi="Times New Roman" w:cs="Times New Roman"/>
          <w:color w:val="000000"/>
          <w:sz w:val="28"/>
          <w:szCs w:val="28"/>
        </w:rPr>
        <w:t xml:space="preserve"> de Chile.</w:t>
      </w:r>
    </w:p>
    <w:p w14:paraId="2244FF2B" w14:textId="77777777" w:rsidR="00281D6B" w:rsidRPr="007D1D39" w:rsidRDefault="00281D6B">
      <w:pPr>
        <w:jc w:val="center"/>
        <w:rPr>
          <w:rFonts w:ascii="Times New Roman" w:hAnsi="Times New Roman" w:cs="Times New Roman"/>
          <w:color w:val="000000"/>
          <w:sz w:val="28"/>
          <w:szCs w:val="28"/>
        </w:rPr>
      </w:pPr>
    </w:p>
    <w:p w14:paraId="675BBA6B" w14:textId="77777777" w:rsidR="00281D6B" w:rsidRPr="007D1D39" w:rsidRDefault="00281D6B">
      <w:pPr>
        <w:jc w:val="center"/>
        <w:rPr>
          <w:rFonts w:ascii="Times New Roman" w:hAnsi="Times New Roman" w:cs="Times New Roman"/>
          <w:color w:val="000000"/>
          <w:sz w:val="28"/>
          <w:szCs w:val="28"/>
        </w:rPr>
      </w:pPr>
    </w:p>
    <w:p w14:paraId="64BFADD2" w14:textId="77777777" w:rsidR="00281D6B" w:rsidRPr="007D1D39" w:rsidRDefault="00281D6B">
      <w:pPr>
        <w:jc w:val="center"/>
        <w:rPr>
          <w:rFonts w:ascii="Times New Roman" w:hAnsi="Times New Roman" w:cs="Times New Roman"/>
          <w:color w:val="000000"/>
          <w:sz w:val="28"/>
          <w:szCs w:val="28"/>
        </w:rPr>
      </w:pPr>
    </w:p>
    <w:p w14:paraId="40C8890E" w14:textId="4C29EBCB" w:rsidR="00281D6B" w:rsidRPr="007D1D39" w:rsidRDefault="00281D6B" w:rsidP="00281D6B">
      <w:pPr>
        <w:jc w:val="both"/>
        <w:rPr>
          <w:rFonts w:ascii="Times New Roman" w:hAnsi="Times New Roman" w:cs="Times New Roman"/>
          <w:b/>
          <w:bCs/>
          <w:color w:val="000000"/>
          <w:sz w:val="28"/>
          <w:szCs w:val="28"/>
        </w:rPr>
      </w:pPr>
      <w:r w:rsidRPr="007D1D39">
        <w:rPr>
          <w:rFonts w:ascii="Times New Roman" w:hAnsi="Times New Roman" w:cs="Times New Roman"/>
          <w:b/>
          <w:bCs/>
          <w:color w:val="000000"/>
          <w:sz w:val="28"/>
          <w:szCs w:val="28"/>
        </w:rPr>
        <w:t xml:space="preserve">ANEXO: </w:t>
      </w:r>
      <w:proofErr w:type="spellStart"/>
      <w:r w:rsidRPr="007D1D39">
        <w:rPr>
          <w:rFonts w:ascii="Times New Roman" w:hAnsi="Times New Roman" w:cs="Times New Roman"/>
          <w:b/>
          <w:bCs/>
          <w:color w:val="000000"/>
          <w:sz w:val="28"/>
          <w:szCs w:val="28"/>
        </w:rPr>
        <w:t>Información</w:t>
      </w:r>
      <w:proofErr w:type="spellEnd"/>
      <w:r w:rsidRPr="007D1D39">
        <w:rPr>
          <w:rFonts w:ascii="Times New Roman" w:hAnsi="Times New Roman" w:cs="Times New Roman"/>
          <w:b/>
          <w:bCs/>
          <w:color w:val="000000"/>
          <w:sz w:val="28"/>
          <w:szCs w:val="28"/>
        </w:rPr>
        <w:t xml:space="preserve"> del Jurado</w:t>
      </w:r>
    </w:p>
    <w:p w14:paraId="78E6D2A8" w14:textId="4A1CC95C" w:rsidR="00281D6B" w:rsidRPr="007D1D39" w:rsidRDefault="00281D6B" w:rsidP="00281D6B">
      <w:pPr>
        <w:pStyle w:val="Prrafodelista"/>
        <w:numPr>
          <w:ilvl w:val="0"/>
          <w:numId w:val="13"/>
        </w:numPr>
        <w:jc w:val="both"/>
        <w:rPr>
          <w:rFonts w:ascii="Times New Roman" w:hAnsi="Times New Roman" w:cs="Times New Roman"/>
          <w:b/>
          <w:bCs/>
          <w:color w:val="000000"/>
          <w:sz w:val="28"/>
          <w:szCs w:val="28"/>
        </w:rPr>
      </w:pPr>
      <w:r w:rsidRPr="007D1D39">
        <w:rPr>
          <w:rFonts w:ascii="Times New Roman" w:hAnsi="Times New Roman" w:cs="Times New Roman"/>
          <w:b/>
          <w:bCs/>
          <w:color w:val="000000"/>
          <w:sz w:val="28"/>
          <w:szCs w:val="28"/>
        </w:rPr>
        <w:t>Cuento</w:t>
      </w:r>
    </w:p>
    <w:tbl>
      <w:tblPr>
        <w:tblStyle w:val="Tablaconcuadrcula"/>
        <w:tblW w:w="0" w:type="auto"/>
        <w:tblLook w:val="04A0" w:firstRow="1" w:lastRow="0" w:firstColumn="1" w:lastColumn="0" w:noHBand="0" w:noVBand="1"/>
      </w:tblPr>
      <w:tblGrid>
        <w:gridCol w:w="4754"/>
        <w:gridCol w:w="4754"/>
      </w:tblGrid>
      <w:tr w:rsidR="00281D6B" w:rsidRPr="007D1D39" w14:paraId="7BE0EF2E" w14:textId="77777777" w:rsidTr="00281D6B">
        <w:tc>
          <w:tcPr>
            <w:tcW w:w="4754" w:type="dxa"/>
            <w:vAlign w:val="center"/>
          </w:tcPr>
          <w:p w14:paraId="71288B8A" w14:textId="7E3BDF35" w:rsidR="00281D6B" w:rsidRPr="007D1D39" w:rsidRDefault="00281D6B" w:rsidP="00281D6B">
            <w:pPr>
              <w:jc w:val="center"/>
              <w:rPr>
                <w:rFonts w:ascii="Times New Roman" w:hAnsi="Times New Roman" w:cs="Times New Roman"/>
                <w:b/>
                <w:bCs/>
                <w:sz w:val="28"/>
                <w:szCs w:val="28"/>
              </w:rPr>
            </w:pPr>
            <w:r w:rsidRPr="007D1D39">
              <w:rPr>
                <w:rFonts w:ascii="Times New Roman" w:hAnsi="Times New Roman" w:cs="Times New Roman"/>
                <w:b/>
                <w:bCs/>
                <w:sz w:val="28"/>
                <w:szCs w:val="28"/>
              </w:rPr>
              <w:t xml:space="preserve">Jorge </w:t>
            </w:r>
            <w:proofErr w:type="spellStart"/>
            <w:r w:rsidRPr="007D1D39">
              <w:rPr>
                <w:rFonts w:ascii="Times New Roman" w:hAnsi="Times New Roman" w:cs="Times New Roman"/>
                <w:b/>
                <w:bCs/>
                <w:sz w:val="28"/>
                <w:szCs w:val="28"/>
              </w:rPr>
              <w:t>Baradit</w:t>
            </w:r>
            <w:proofErr w:type="spellEnd"/>
            <w:r w:rsidRPr="007D1D39">
              <w:rPr>
                <w:rFonts w:ascii="Times New Roman" w:hAnsi="Times New Roman" w:cs="Times New Roman"/>
                <w:b/>
                <w:bCs/>
                <w:sz w:val="28"/>
                <w:szCs w:val="28"/>
              </w:rPr>
              <w:t xml:space="preserve"> Morales</w:t>
            </w:r>
          </w:p>
          <w:p w14:paraId="5086A48E" w14:textId="59EEF98D" w:rsidR="00761D21" w:rsidRPr="007D1D39" w:rsidRDefault="00761D21" w:rsidP="00281D6B">
            <w:pPr>
              <w:jc w:val="center"/>
              <w:rPr>
                <w:rFonts w:ascii="Times New Roman" w:hAnsi="Times New Roman" w:cs="Times New Roman"/>
                <w:b/>
                <w:bCs/>
                <w:sz w:val="28"/>
                <w:szCs w:val="28"/>
              </w:rPr>
            </w:pPr>
            <w:r w:rsidRPr="007D1D39">
              <w:rPr>
                <w:rFonts w:ascii="Times New Roman" w:hAnsi="Times New Roman" w:cs="Times New Roman"/>
                <w:b/>
                <w:bCs/>
                <w:noProof/>
                <w:sz w:val="28"/>
                <w:szCs w:val="28"/>
              </w:rPr>
              <w:drawing>
                <wp:anchor distT="0" distB="0" distL="114300" distR="114300" simplePos="0" relativeHeight="251658240" behindDoc="1" locked="0" layoutInCell="1" allowOverlap="1" wp14:anchorId="4FD27F4B" wp14:editId="7E872D2E">
                  <wp:simplePos x="0" y="0"/>
                  <wp:positionH relativeFrom="column">
                    <wp:posOffset>196850</wp:posOffset>
                  </wp:positionH>
                  <wp:positionV relativeFrom="paragraph">
                    <wp:posOffset>162560</wp:posOffset>
                  </wp:positionV>
                  <wp:extent cx="2506980" cy="2506980"/>
                  <wp:effectExtent l="0" t="0" r="7620" b="7620"/>
                  <wp:wrapNone/>
                  <wp:docPr id="511338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6980" cy="2506980"/>
                          </a:xfrm>
                          <a:prstGeom prst="rect">
                            <a:avLst/>
                          </a:prstGeom>
                          <a:noFill/>
                        </pic:spPr>
                      </pic:pic>
                    </a:graphicData>
                  </a:graphic>
                  <wp14:sizeRelH relativeFrom="margin">
                    <wp14:pctWidth>0</wp14:pctWidth>
                  </wp14:sizeRelH>
                  <wp14:sizeRelV relativeFrom="margin">
                    <wp14:pctHeight>0</wp14:pctHeight>
                  </wp14:sizeRelV>
                </wp:anchor>
              </w:drawing>
            </w:r>
          </w:p>
          <w:p w14:paraId="530EF852" w14:textId="6F42613C" w:rsidR="00281D6B" w:rsidRPr="007D1D39" w:rsidRDefault="00281D6B" w:rsidP="00281D6B">
            <w:pPr>
              <w:jc w:val="center"/>
              <w:rPr>
                <w:rFonts w:ascii="Times New Roman" w:hAnsi="Times New Roman" w:cs="Times New Roman"/>
                <w:b/>
                <w:bCs/>
                <w:sz w:val="28"/>
                <w:szCs w:val="28"/>
              </w:rPr>
            </w:pPr>
          </w:p>
        </w:tc>
        <w:tc>
          <w:tcPr>
            <w:tcW w:w="4754" w:type="dxa"/>
            <w:vAlign w:val="center"/>
          </w:tcPr>
          <w:p w14:paraId="7F196E6E" w14:textId="06F572D9"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Jorge Marcos </w:t>
            </w:r>
            <w:proofErr w:type="spellStart"/>
            <w:r w:rsidRPr="007D1D39">
              <w:rPr>
                <w:rFonts w:ascii="Times New Roman" w:hAnsi="Times New Roman" w:cs="Times New Roman"/>
                <w:sz w:val="24"/>
                <w:szCs w:val="24"/>
              </w:rPr>
              <w:t>Baradit</w:t>
            </w:r>
            <w:proofErr w:type="spellEnd"/>
            <w:r w:rsidRPr="007D1D39">
              <w:rPr>
                <w:rFonts w:ascii="Times New Roman" w:hAnsi="Times New Roman" w:cs="Times New Roman"/>
                <w:sz w:val="24"/>
                <w:szCs w:val="24"/>
              </w:rPr>
              <w:t xml:space="preserve"> Morales </w:t>
            </w:r>
            <w:proofErr w:type="spellStart"/>
            <w:r w:rsidRPr="007D1D39">
              <w:rPr>
                <w:rFonts w:ascii="Times New Roman" w:hAnsi="Times New Roman" w:cs="Times New Roman"/>
                <w:sz w:val="24"/>
                <w:szCs w:val="24"/>
              </w:rPr>
              <w:t>nació</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Valparaíso, Chile,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11 de </w:t>
            </w:r>
            <w:proofErr w:type="spellStart"/>
            <w:r w:rsidRPr="007D1D39">
              <w:rPr>
                <w:rFonts w:ascii="Times New Roman" w:hAnsi="Times New Roman" w:cs="Times New Roman"/>
                <w:sz w:val="24"/>
                <w:szCs w:val="24"/>
              </w:rPr>
              <w:t>junio</w:t>
            </w:r>
            <w:proofErr w:type="spellEnd"/>
            <w:r w:rsidRPr="007D1D39">
              <w:rPr>
                <w:rFonts w:ascii="Times New Roman" w:hAnsi="Times New Roman" w:cs="Times New Roman"/>
                <w:sz w:val="24"/>
                <w:szCs w:val="24"/>
              </w:rPr>
              <w:t xml:space="preserve"> de 1969. </w:t>
            </w:r>
            <w:proofErr w:type="spellStart"/>
            <w:r w:rsidRPr="007D1D39">
              <w:rPr>
                <w:rFonts w:ascii="Times New Roman" w:hAnsi="Times New Roman" w:cs="Times New Roman"/>
                <w:sz w:val="24"/>
                <w:szCs w:val="24"/>
              </w:rPr>
              <w:t>Estudió</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escuela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pública</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colegio de </w:t>
            </w:r>
            <w:proofErr w:type="spellStart"/>
            <w:r w:rsidRPr="007D1D39">
              <w:rPr>
                <w:rFonts w:ascii="Times New Roman" w:hAnsi="Times New Roman" w:cs="Times New Roman"/>
                <w:sz w:val="24"/>
                <w:szCs w:val="24"/>
              </w:rPr>
              <w:t>excelencia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académica</w:t>
            </w:r>
            <w:proofErr w:type="spellEnd"/>
            <w:r w:rsidRPr="007D1D39">
              <w:rPr>
                <w:rFonts w:ascii="Times New Roman" w:hAnsi="Times New Roman" w:cs="Times New Roman"/>
                <w:sz w:val="24"/>
                <w:szCs w:val="24"/>
              </w:rPr>
              <w:t xml:space="preserve"> Rubén Castro, de Viña del Mar.</w:t>
            </w:r>
          </w:p>
          <w:p w14:paraId="76B7F9F0" w14:textId="77777777"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En 2005 </w:t>
            </w:r>
            <w:proofErr w:type="spellStart"/>
            <w:r w:rsidRPr="007D1D39">
              <w:rPr>
                <w:rFonts w:ascii="Times New Roman" w:hAnsi="Times New Roman" w:cs="Times New Roman"/>
                <w:sz w:val="24"/>
                <w:szCs w:val="24"/>
              </w:rPr>
              <w:t>publicó</w:t>
            </w:r>
            <w:proofErr w:type="spellEnd"/>
            <w:r w:rsidRPr="007D1D39">
              <w:rPr>
                <w:rFonts w:ascii="Times New Roman" w:hAnsi="Times New Roman" w:cs="Times New Roman"/>
                <w:sz w:val="24"/>
                <w:szCs w:val="24"/>
              </w:rPr>
              <w:t xml:space="preserve"> Ygdrasil, al que </w:t>
            </w:r>
            <w:proofErr w:type="spellStart"/>
            <w:r w:rsidRPr="007D1D39">
              <w:rPr>
                <w:rFonts w:ascii="Times New Roman" w:hAnsi="Times New Roman" w:cs="Times New Roman"/>
                <w:sz w:val="24"/>
                <w:szCs w:val="24"/>
              </w:rPr>
              <w:t>siguió</w:t>
            </w:r>
            <w:proofErr w:type="spellEnd"/>
            <w:r w:rsidRPr="007D1D39">
              <w:rPr>
                <w:rFonts w:ascii="Times New Roman" w:hAnsi="Times New Roman" w:cs="Times New Roman"/>
                <w:sz w:val="24"/>
                <w:szCs w:val="24"/>
              </w:rPr>
              <w:t xml:space="preserve"> Trinidad, que </w:t>
            </w:r>
            <w:proofErr w:type="spellStart"/>
            <w:r w:rsidRPr="007D1D39">
              <w:rPr>
                <w:rFonts w:ascii="Times New Roman" w:hAnsi="Times New Roman" w:cs="Times New Roman"/>
                <w:sz w:val="24"/>
                <w:szCs w:val="24"/>
              </w:rPr>
              <w:t>obtuvo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premio</w:t>
            </w:r>
            <w:proofErr w:type="spellEnd"/>
            <w:r w:rsidRPr="007D1D39">
              <w:rPr>
                <w:rFonts w:ascii="Times New Roman" w:hAnsi="Times New Roman" w:cs="Times New Roman"/>
                <w:sz w:val="24"/>
                <w:szCs w:val="24"/>
              </w:rPr>
              <w:t xml:space="preserve"> de la Universidad Politécnica de Cataluña. En 2008 </w:t>
            </w:r>
            <w:proofErr w:type="spellStart"/>
            <w:r w:rsidRPr="007D1D39">
              <w:rPr>
                <w:rFonts w:ascii="Times New Roman" w:hAnsi="Times New Roman" w:cs="Times New Roman"/>
                <w:sz w:val="24"/>
                <w:szCs w:val="24"/>
              </w:rPr>
              <w:t>publicó</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Synco</w:t>
            </w:r>
            <w:proofErr w:type="spellEnd"/>
            <w:r w:rsidRPr="007D1D39">
              <w:rPr>
                <w:rFonts w:ascii="Times New Roman" w:hAnsi="Times New Roman" w:cs="Times New Roman"/>
                <w:sz w:val="24"/>
                <w:szCs w:val="24"/>
              </w:rPr>
              <w:t>.</w:t>
            </w:r>
          </w:p>
          <w:p w14:paraId="0AFC63ED" w14:textId="77777777"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Del </w:t>
            </w:r>
            <w:proofErr w:type="spellStart"/>
            <w:r w:rsidRPr="007D1D39">
              <w:rPr>
                <w:rFonts w:ascii="Times New Roman" w:hAnsi="Times New Roman" w:cs="Times New Roman"/>
                <w:sz w:val="24"/>
                <w:szCs w:val="24"/>
              </w:rPr>
              <w:t>proyecto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su</w:t>
            </w:r>
            <w:proofErr w:type="spellEnd"/>
            <w:r w:rsidRPr="007D1D39">
              <w:rPr>
                <w:rFonts w:ascii="Times New Roman" w:hAnsi="Times New Roman" w:cs="Times New Roman"/>
                <w:sz w:val="24"/>
                <w:szCs w:val="24"/>
              </w:rPr>
              <w:t xml:space="preserve"> blog </w:t>
            </w:r>
            <w:proofErr w:type="spellStart"/>
            <w:r w:rsidRPr="007D1D39">
              <w:rPr>
                <w:rFonts w:ascii="Times New Roman" w:hAnsi="Times New Roman" w:cs="Times New Roman"/>
                <w:sz w:val="24"/>
                <w:szCs w:val="24"/>
              </w:rPr>
              <w:t>Ucronía</w:t>
            </w:r>
            <w:proofErr w:type="spellEnd"/>
            <w:r w:rsidRPr="007D1D39">
              <w:rPr>
                <w:rFonts w:ascii="Times New Roman" w:hAnsi="Times New Roman" w:cs="Times New Roman"/>
                <w:sz w:val="24"/>
                <w:szCs w:val="24"/>
              </w:rPr>
              <w:t xml:space="preserve"> Chile,3 </w:t>
            </w:r>
            <w:proofErr w:type="spellStart"/>
            <w:r w:rsidRPr="007D1D39">
              <w:rPr>
                <w:rFonts w:ascii="Times New Roman" w:hAnsi="Times New Roman" w:cs="Times New Roman"/>
                <w:sz w:val="24"/>
                <w:szCs w:val="24"/>
              </w:rPr>
              <w:t>surgió</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libro</w:t>
            </w:r>
            <w:proofErr w:type="spellEnd"/>
            <w:r w:rsidRPr="007D1D39">
              <w:rPr>
                <w:rFonts w:ascii="Times New Roman" w:hAnsi="Times New Roman" w:cs="Times New Roman"/>
                <w:sz w:val="24"/>
                <w:szCs w:val="24"/>
              </w:rPr>
              <w:t xml:space="preserve"> CHIL3,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2010. Se ha </w:t>
            </w:r>
            <w:proofErr w:type="spellStart"/>
            <w:r w:rsidRPr="007D1D39">
              <w:rPr>
                <w:rFonts w:ascii="Times New Roman" w:hAnsi="Times New Roman" w:cs="Times New Roman"/>
                <w:sz w:val="24"/>
                <w:szCs w:val="24"/>
              </w:rPr>
              <w:t>adentrado</w:t>
            </w:r>
            <w:proofErr w:type="spellEnd"/>
            <w:r w:rsidRPr="007D1D39">
              <w:rPr>
                <w:rFonts w:ascii="Times New Roman" w:hAnsi="Times New Roman" w:cs="Times New Roman"/>
                <w:sz w:val="24"/>
                <w:szCs w:val="24"/>
              </w:rPr>
              <w:t xml:space="preserve"> también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novela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juvenil</w:t>
            </w:r>
            <w:proofErr w:type="spellEnd"/>
            <w:r w:rsidRPr="007D1D39">
              <w:rPr>
                <w:rFonts w:ascii="Times New Roman" w:hAnsi="Times New Roman" w:cs="Times New Roman"/>
                <w:sz w:val="24"/>
                <w:szCs w:val="24"/>
              </w:rPr>
              <w:t xml:space="preserve"> con </w:t>
            </w:r>
            <w:proofErr w:type="spellStart"/>
            <w:r w:rsidRPr="007D1D39">
              <w:rPr>
                <w:rFonts w:ascii="Times New Roman" w:hAnsi="Times New Roman" w:cs="Times New Roman"/>
                <w:sz w:val="24"/>
                <w:szCs w:val="24"/>
              </w:rPr>
              <w:t>Kalfukura</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finalmente</w:t>
            </w:r>
            <w:proofErr w:type="spellEnd"/>
            <w:r w:rsidRPr="007D1D39">
              <w:rPr>
                <w:rFonts w:ascii="Times New Roman" w:hAnsi="Times New Roman" w:cs="Times New Roman"/>
                <w:sz w:val="24"/>
                <w:szCs w:val="24"/>
              </w:rPr>
              <w:t xml:space="preserve"> ha </w:t>
            </w:r>
            <w:proofErr w:type="spellStart"/>
            <w:r w:rsidRPr="007D1D39">
              <w:rPr>
                <w:rFonts w:ascii="Times New Roman" w:hAnsi="Times New Roman" w:cs="Times New Roman"/>
                <w:sz w:val="24"/>
                <w:szCs w:val="24"/>
              </w:rPr>
              <w:t>incursionado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mundo</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novela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gráfica</w:t>
            </w:r>
            <w:proofErr w:type="spellEnd"/>
            <w:r w:rsidRPr="007D1D39">
              <w:rPr>
                <w:rFonts w:ascii="Times New Roman" w:hAnsi="Times New Roman" w:cs="Times New Roman"/>
                <w:sz w:val="24"/>
                <w:szCs w:val="24"/>
              </w:rPr>
              <w:t xml:space="preserve">, con Policía del karma, </w:t>
            </w:r>
            <w:proofErr w:type="spellStart"/>
            <w:r w:rsidRPr="007D1D39">
              <w:rPr>
                <w:rFonts w:ascii="Times New Roman" w:hAnsi="Times New Roman" w:cs="Times New Roman"/>
                <w:sz w:val="24"/>
                <w:szCs w:val="24"/>
              </w:rPr>
              <w:t>dibujada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por</w:t>
            </w:r>
            <w:proofErr w:type="spellEnd"/>
            <w:r w:rsidRPr="007D1D39">
              <w:rPr>
                <w:rFonts w:ascii="Times New Roman" w:hAnsi="Times New Roman" w:cs="Times New Roman"/>
                <w:sz w:val="24"/>
                <w:szCs w:val="24"/>
              </w:rPr>
              <w:t xml:space="preserve"> Martín Cáceres que también </w:t>
            </w:r>
            <w:proofErr w:type="spellStart"/>
            <w:r w:rsidRPr="007D1D39">
              <w:rPr>
                <w:rFonts w:ascii="Times New Roman" w:hAnsi="Times New Roman" w:cs="Times New Roman"/>
                <w:sz w:val="24"/>
                <w:szCs w:val="24"/>
              </w:rPr>
              <w:t>ilustró</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Lluscuma</w:t>
            </w:r>
            <w:proofErr w:type="spellEnd"/>
            <w:r w:rsidRPr="007D1D39">
              <w:rPr>
                <w:rFonts w:ascii="Times New Roman" w:hAnsi="Times New Roman" w:cs="Times New Roman"/>
                <w:sz w:val="24"/>
                <w:szCs w:val="24"/>
              </w:rPr>
              <w:t>.</w:t>
            </w:r>
          </w:p>
          <w:p w14:paraId="0F9238C4" w14:textId="77777777"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A </w:t>
            </w:r>
            <w:proofErr w:type="spellStart"/>
            <w:r w:rsidRPr="007D1D39">
              <w:rPr>
                <w:rFonts w:ascii="Times New Roman" w:hAnsi="Times New Roman" w:cs="Times New Roman"/>
                <w:sz w:val="24"/>
                <w:szCs w:val="24"/>
              </w:rPr>
              <w:t>Baradit</w:t>
            </w:r>
            <w:proofErr w:type="spellEnd"/>
            <w:r w:rsidRPr="007D1D39">
              <w:rPr>
                <w:rFonts w:ascii="Times New Roman" w:hAnsi="Times New Roman" w:cs="Times New Roman"/>
                <w:sz w:val="24"/>
                <w:szCs w:val="24"/>
              </w:rPr>
              <w:t xml:space="preserve"> se lo ha </w:t>
            </w:r>
            <w:proofErr w:type="spellStart"/>
            <w:r w:rsidRPr="007D1D39">
              <w:rPr>
                <w:rFonts w:ascii="Times New Roman" w:hAnsi="Times New Roman" w:cs="Times New Roman"/>
                <w:sz w:val="24"/>
                <w:szCs w:val="24"/>
              </w:rPr>
              <w:t>incluido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movimiento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renovador</w:t>
            </w:r>
            <w:proofErr w:type="spellEnd"/>
            <w:r w:rsidRPr="007D1D39">
              <w:rPr>
                <w:rFonts w:ascii="Times New Roman" w:hAnsi="Times New Roman" w:cs="Times New Roman"/>
                <w:sz w:val="24"/>
                <w:szCs w:val="24"/>
              </w:rPr>
              <w:t xml:space="preserve"> de las </w:t>
            </w:r>
            <w:proofErr w:type="spellStart"/>
            <w:r w:rsidRPr="007D1D39">
              <w:rPr>
                <w:rFonts w:ascii="Times New Roman" w:hAnsi="Times New Roman" w:cs="Times New Roman"/>
                <w:sz w:val="24"/>
                <w:szCs w:val="24"/>
              </w:rPr>
              <w:t>letras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chilenas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denominado</w:t>
            </w:r>
            <w:proofErr w:type="spellEnd"/>
            <w:r w:rsidRPr="007D1D39">
              <w:rPr>
                <w:rFonts w:ascii="Times New Roman" w:hAnsi="Times New Roman" w:cs="Times New Roman"/>
                <w:sz w:val="24"/>
                <w:szCs w:val="24"/>
              </w:rPr>
              <w:t xml:space="preserve"> Freak Power.</w:t>
            </w:r>
          </w:p>
          <w:p w14:paraId="10BEC3C4" w14:textId="7B8FAC74"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BIBLIOGRAFÍA</w:t>
            </w:r>
          </w:p>
          <w:p w14:paraId="0168FC44" w14:textId="77777777"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Ygdrasil, 2005</w:t>
            </w:r>
          </w:p>
          <w:p w14:paraId="33A269D0" w14:textId="77777777"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Trinidad, 2007</w:t>
            </w:r>
          </w:p>
          <w:p w14:paraId="78C21160" w14:textId="77777777" w:rsidR="00281D6B" w:rsidRPr="007D1D39" w:rsidRDefault="00281D6B" w:rsidP="00281D6B">
            <w:pPr>
              <w:spacing w:after="0" w:line="240" w:lineRule="auto"/>
              <w:jc w:val="both"/>
              <w:rPr>
                <w:rFonts w:ascii="Times New Roman" w:hAnsi="Times New Roman" w:cs="Times New Roman"/>
                <w:sz w:val="24"/>
                <w:szCs w:val="24"/>
              </w:rPr>
            </w:pPr>
            <w:proofErr w:type="spellStart"/>
            <w:r w:rsidRPr="007D1D39">
              <w:rPr>
                <w:rFonts w:ascii="Times New Roman" w:hAnsi="Times New Roman" w:cs="Times New Roman"/>
                <w:sz w:val="24"/>
                <w:szCs w:val="24"/>
              </w:rPr>
              <w:t>Synco</w:t>
            </w:r>
            <w:proofErr w:type="spellEnd"/>
            <w:r w:rsidRPr="007D1D39">
              <w:rPr>
                <w:rFonts w:ascii="Times New Roman" w:hAnsi="Times New Roman" w:cs="Times New Roman"/>
                <w:sz w:val="24"/>
                <w:szCs w:val="24"/>
              </w:rPr>
              <w:t>, 2008</w:t>
            </w:r>
          </w:p>
          <w:p w14:paraId="482179C9" w14:textId="77777777" w:rsidR="00281D6B" w:rsidRPr="007D1D39" w:rsidRDefault="00281D6B" w:rsidP="00281D6B">
            <w:pPr>
              <w:spacing w:after="0" w:line="240" w:lineRule="auto"/>
              <w:jc w:val="both"/>
              <w:rPr>
                <w:rFonts w:ascii="Times New Roman" w:hAnsi="Times New Roman" w:cs="Times New Roman"/>
                <w:sz w:val="24"/>
                <w:szCs w:val="24"/>
              </w:rPr>
            </w:pPr>
            <w:proofErr w:type="spellStart"/>
            <w:r w:rsidRPr="007D1D39">
              <w:rPr>
                <w:rFonts w:ascii="Times New Roman" w:hAnsi="Times New Roman" w:cs="Times New Roman"/>
                <w:sz w:val="24"/>
                <w:szCs w:val="24"/>
              </w:rPr>
              <w:lastRenderedPageBreak/>
              <w:t>Kalfukura</w:t>
            </w:r>
            <w:proofErr w:type="spellEnd"/>
            <w:r w:rsidRPr="007D1D39">
              <w:rPr>
                <w:rFonts w:ascii="Times New Roman" w:hAnsi="Times New Roman" w:cs="Times New Roman"/>
                <w:sz w:val="24"/>
                <w:szCs w:val="24"/>
              </w:rPr>
              <w:t xml:space="preserve">. El </w:t>
            </w:r>
            <w:proofErr w:type="spellStart"/>
            <w:r w:rsidRPr="007D1D39">
              <w:rPr>
                <w:rFonts w:ascii="Times New Roman" w:hAnsi="Times New Roman" w:cs="Times New Roman"/>
                <w:sz w:val="24"/>
                <w:szCs w:val="24"/>
              </w:rPr>
              <w:t>corazón</w:t>
            </w:r>
            <w:proofErr w:type="spellEnd"/>
            <w:r w:rsidRPr="007D1D39">
              <w:rPr>
                <w:rFonts w:ascii="Times New Roman" w:hAnsi="Times New Roman" w:cs="Times New Roman"/>
                <w:sz w:val="24"/>
                <w:szCs w:val="24"/>
              </w:rPr>
              <w:t xml:space="preserve"> de la tierra, 2009</w:t>
            </w:r>
          </w:p>
          <w:p w14:paraId="4749F773" w14:textId="77777777"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Policía del karma, 2011</w:t>
            </w:r>
          </w:p>
          <w:p w14:paraId="7BA6D209" w14:textId="77777777" w:rsidR="00281D6B" w:rsidRPr="007D1D39" w:rsidRDefault="00281D6B" w:rsidP="00281D6B">
            <w:pPr>
              <w:spacing w:after="0" w:line="240" w:lineRule="auto"/>
              <w:jc w:val="both"/>
              <w:rPr>
                <w:rFonts w:ascii="Times New Roman" w:hAnsi="Times New Roman" w:cs="Times New Roman"/>
                <w:sz w:val="24"/>
                <w:szCs w:val="24"/>
              </w:rPr>
            </w:pPr>
            <w:proofErr w:type="spellStart"/>
            <w:r w:rsidRPr="007D1D39">
              <w:rPr>
                <w:rFonts w:ascii="Times New Roman" w:hAnsi="Times New Roman" w:cs="Times New Roman"/>
                <w:sz w:val="24"/>
                <w:szCs w:val="24"/>
              </w:rPr>
              <w:t>Lluscuma</w:t>
            </w:r>
            <w:proofErr w:type="spellEnd"/>
            <w:r w:rsidRPr="007D1D39">
              <w:rPr>
                <w:rFonts w:ascii="Times New Roman" w:hAnsi="Times New Roman" w:cs="Times New Roman"/>
                <w:sz w:val="24"/>
                <w:szCs w:val="24"/>
              </w:rPr>
              <w:t>, 2012</w:t>
            </w:r>
          </w:p>
          <w:p w14:paraId="49D4AC9D" w14:textId="77777777"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Historia secreta de Chile, 2015</w:t>
            </w:r>
          </w:p>
          <w:p w14:paraId="244666B5" w14:textId="191326EE"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PREMIOS</w:t>
            </w:r>
          </w:p>
          <w:p w14:paraId="3BDEE1FB" w14:textId="77777777"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Premio UPC 2007</w:t>
            </w:r>
          </w:p>
          <w:p w14:paraId="709024CF" w14:textId="77777777"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Premio FIC 2011</w:t>
            </w:r>
          </w:p>
          <w:p w14:paraId="0059460C" w14:textId="5EBAB684" w:rsidR="00281D6B" w:rsidRPr="007D1D39" w:rsidRDefault="00281D6B" w:rsidP="00281D6B">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Premio Municipal de </w:t>
            </w:r>
            <w:proofErr w:type="spellStart"/>
            <w:r w:rsidRPr="007D1D39">
              <w:rPr>
                <w:rFonts w:ascii="Times New Roman" w:hAnsi="Times New Roman" w:cs="Times New Roman"/>
                <w:sz w:val="24"/>
                <w:szCs w:val="24"/>
              </w:rPr>
              <w:t>Literatura</w:t>
            </w:r>
            <w:proofErr w:type="spellEnd"/>
            <w:r w:rsidRPr="007D1D39">
              <w:rPr>
                <w:rFonts w:ascii="Times New Roman" w:hAnsi="Times New Roman" w:cs="Times New Roman"/>
                <w:sz w:val="24"/>
                <w:szCs w:val="24"/>
              </w:rPr>
              <w:t xml:space="preserve"> de Santiago 2014</w:t>
            </w:r>
          </w:p>
        </w:tc>
      </w:tr>
    </w:tbl>
    <w:p w14:paraId="232CB57B" w14:textId="77777777" w:rsidR="00281D6B" w:rsidRPr="007D1D39" w:rsidRDefault="00281D6B" w:rsidP="00281D6B">
      <w:pPr>
        <w:jc w:val="both"/>
        <w:rPr>
          <w:rFonts w:ascii="Times New Roman" w:hAnsi="Times New Roman" w:cs="Times New Roman"/>
          <w:b/>
          <w:bCs/>
          <w:sz w:val="28"/>
          <w:szCs w:val="28"/>
        </w:rPr>
      </w:pPr>
    </w:p>
    <w:p w14:paraId="3A5E297F" w14:textId="77777777" w:rsidR="00761D21" w:rsidRPr="007D1D39" w:rsidRDefault="00761D21" w:rsidP="00281D6B">
      <w:pPr>
        <w:jc w:val="both"/>
        <w:rPr>
          <w:rFonts w:ascii="Times New Roman" w:hAnsi="Times New Roman" w:cs="Times New Roman"/>
          <w:b/>
          <w:bCs/>
          <w:sz w:val="28"/>
          <w:szCs w:val="28"/>
        </w:rPr>
      </w:pPr>
    </w:p>
    <w:p w14:paraId="21FE23DF" w14:textId="77777777" w:rsidR="00761D21" w:rsidRPr="007D1D39" w:rsidRDefault="00761D21" w:rsidP="00281D6B">
      <w:pPr>
        <w:jc w:val="both"/>
        <w:rPr>
          <w:rFonts w:ascii="Times New Roman" w:hAnsi="Times New Roman" w:cs="Times New Roman"/>
          <w:b/>
          <w:bCs/>
          <w:sz w:val="28"/>
          <w:szCs w:val="28"/>
        </w:rPr>
      </w:pPr>
    </w:p>
    <w:p w14:paraId="43B18BAE" w14:textId="77777777" w:rsidR="00761D21" w:rsidRPr="007D1D39" w:rsidRDefault="00761D21" w:rsidP="00281D6B">
      <w:pPr>
        <w:jc w:val="both"/>
        <w:rPr>
          <w:rFonts w:ascii="Times New Roman" w:hAnsi="Times New Roman" w:cs="Times New Roman"/>
          <w:b/>
          <w:bCs/>
          <w:sz w:val="28"/>
          <w:szCs w:val="28"/>
        </w:rPr>
      </w:pPr>
    </w:p>
    <w:p w14:paraId="30C764FB" w14:textId="77777777" w:rsidR="00761D21" w:rsidRPr="007D1D39" w:rsidRDefault="00761D21" w:rsidP="00281D6B">
      <w:pPr>
        <w:jc w:val="both"/>
        <w:rPr>
          <w:rFonts w:ascii="Times New Roman" w:hAnsi="Times New Roman" w:cs="Times New Roman"/>
          <w:b/>
          <w:bCs/>
          <w:sz w:val="28"/>
          <w:szCs w:val="28"/>
        </w:rPr>
      </w:pPr>
    </w:p>
    <w:p w14:paraId="12EAEAD8" w14:textId="77777777" w:rsidR="00761D21" w:rsidRPr="007D1D39" w:rsidRDefault="00761D21" w:rsidP="00281D6B">
      <w:pPr>
        <w:jc w:val="both"/>
        <w:rPr>
          <w:rFonts w:ascii="Times New Roman" w:hAnsi="Times New Roman" w:cs="Times New Roman"/>
          <w:b/>
          <w:bCs/>
          <w:sz w:val="28"/>
          <w:szCs w:val="28"/>
        </w:rPr>
      </w:pPr>
    </w:p>
    <w:tbl>
      <w:tblPr>
        <w:tblStyle w:val="Tablaconcuadrcula"/>
        <w:tblW w:w="0" w:type="auto"/>
        <w:tblLook w:val="04A0" w:firstRow="1" w:lastRow="0" w:firstColumn="1" w:lastColumn="0" w:noHBand="0" w:noVBand="1"/>
      </w:tblPr>
      <w:tblGrid>
        <w:gridCol w:w="4754"/>
        <w:gridCol w:w="4754"/>
      </w:tblGrid>
      <w:tr w:rsidR="00761D21" w:rsidRPr="007D1D39" w14:paraId="5C994B00" w14:textId="77777777" w:rsidTr="00761D21">
        <w:tc>
          <w:tcPr>
            <w:tcW w:w="4754" w:type="dxa"/>
            <w:vAlign w:val="center"/>
          </w:tcPr>
          <w:p w14:paraId="29C610E3" w14:textId="77777777" w:rsidR="00761D21" w:rsidRPr="007D1D39" w:rsidRDefault="00761D21" w:rsidP="00761D21">
            <w:pPr>
              <w:jc w:val="center"/>
              <w:rPr>
                <w:rFonts w:ascii="Times New Roman" w:hAnsi="Times New Roman" w:cs="Times New Roman"/>
                <w:b/>
                <w:bCs/>
                <w:sz w:val="28"/>
                <w:szCs w:val="28"/>
              </w:rPr>
            </w:pPr>
            <w:r w:rsidRPr="007D1D39">
              <w:rPr>
                <w:rFonts w:ascii="Times New Roman" w:hAnsi="Times New Roman" w:cs="Times New Roman"/>
                <w:b/>
                <w:bCs/>
                <w:sz w:val="28"/>
                <w:szCs w:val="28"/>
              </w:rPr>
              <w:t>Marlene Bohle Maldonado</w:t>
            </w:r>
          </w:p>
          <w:p w14:paraId="62F407DC" w14:textId="313BFB1E" w:rsidR="00761D21" w:rsidRPr="007D1D39" w:rsidRDefault="00761D21" w:rsidP="00761D21">
            <w:pPr>
              <w:jc w:val="center"/>
              <w:rPr>
                <w:rFonts w:ascii="Times New Roman" w:hAnsi="Times New Roman" w:cs="Times New Roman"/>
                <w:b/>
                <w:bCs/>
                <w:sz w:val="28"/>
                <w:szCs w:val="28"/>
              </w:rPr>
            </w:pPr>
            <w:r w:rsidRPr="007D1D39">
              <w:rPr>
                <w:rFonts w:ascii="Times New Roman" w:hAnsi="Times New Roman" w:cs="Times New Roman"/>
                <w:b/>
                <w:bCs/>
                <w:noProof/>
                <w:sz w:val="28"/>
                <w:szCs w:val="28"/>
              </w:rPr>
              <w:drawing>
                <wp:anchor distT="0" distB="0" distL="114300" distR="114300" simplePos="0" relativeHeight="251659264" behindDoc="1" locked="0" layoutInCell="1" allowOverlap="1" wp14:anchorId="53982BA1" wp14:editId="0BFEB6C7">
                  <wp:simplePos x="0" y="0"/>
                  <wp:positionH relativeFrom="column">
                    <wp:posOffset>217170</wp:posOffset>
                  </wp:positionH>
                  <wp:positionV relativeFrom="paragraph">
                    <wp:posOffset>163830</wp:posOffset>
                  </wp:positionV>
                  <wp:extent cx="2348865" cy="1542415"/>
                  <wp:effectExtent l="0" t="0" r="0" b="635"/>
                  <wp:wrapNone/>
                  <wp:docPr id="6677276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8865" cy="154241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54" w:type="dxa"/>
            <w:vAlign w:val="center"/>
          </w:tcPr>
          <w:p w14:paraId="37DE2D3C" w14:textId="71A8C4CB" w:rsidR="00761D21" w:rsidRPr="007D1D39" w:rsidRDefault="00761D21" w:rsidP="00761D21">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Marlene Bohle Maldonado (</w:t>
            </w:r>
            <w:proofErr w:type="spellStart"/>
            <w:r w:rsidRPr="007D1D39">
              <w:rPr>
                <w:rFonts w:ascii="Times New Roman" w:hAnsi="Times New Roman" w:cs="Times New Roman"/>
                <w:sz w:val="24"/>
                <w:szCs w:val="24"/>
              </w:rPr>
              <w:t>nacida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1957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Salto Chico, Puerto Montt) es </w:t>
            </w:r>
            <w:proofErr w:type="spellStart"/>
            <w:r w:rsidRPr="007D1D39">
              <w:rPr>
                <w:rFonts w:ascii="Times New Roman" w:hAnsi="Times New Roman" w:cs="Times New Roman"/>
                <w:sz w:val="24"/>
                <w:szCs w:val="24"/>
              </w:rPr>
              <w:t>una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destacada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escritora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poeta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investigadora</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gestora</w:t>
            </w:r>
            <w:proofErr w:type="spellEnd"/>
            <w:r w:rsidRPr="007D1D39">
              <w:rPr>
                <w:rFonts w:ascii="Times New Roman" w:hAnsi="Times New Roman" w:cs="Times New Roman"/>
                <w:sz w:val="24"/>
                <w:szCs w:val="24"/>
              </w:rPr>
              <w:t xml:space="preserve"> cultural </w:t>
            </w:r>
            <w:proofErr w:type="spellStart"/>
            <w:r w:rsidRPr="007D1D39">
              <w:rPr>
                <w:rFonts w:ascii="Times New Roman" w:hAnsi="Times New Roman" w:cs="Times New Roman"/>
                <w:sz w:val="24"/>
                <w:szCs w:val="24"/>
              </w:rPr>
              <w:t>chilena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profundamente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vinculada</w:t>
            </w:r>
            <w:proofErr w:type="spellEnd"/>
            <w:r w:rsidRPr="007D1D39">
              <w:rPr>
                <w:rFonts w:ascii="Times New Roman" w:hAnsi="Times New Roman" w:cs="Times New Roman"/>
                <w:sz w:val="24"/>
                <w:szCs w:val="24"/>
              </w:rPr>
              <w:t xml:space="preserve"> a la </w:t>
            </w:r>
            <w:proofErr w:type="spellStart"/>
            <w:r w:rsidRPr="007D1D39">
              <w:rPr>
                <w:rFonts w:ascii="Times New Roman" w:hAnsi="Times New Roman" w:cs="Times New Roman"/>
                <w:sz w:val="24"/>
                <w:szCs w:val="24"/>
              </w:rPr>
              <w:t>identidad</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tradiciones</w:t>
            </w:r>
            <w:proofErr w:type="spellEnd"/>
            <w:r w:rsidRPr="007D1D39">
              <w:rPr>
                <w:rFonts w:ascii="Times New Roman" w:hAnsi="Times New Roman" w:cs="Times New Roman"/>
                <w:sz w:val="24"/>
                <w:szCs w:val="24"/>
              </w:rPr>
              <w:t xml:space="preserve"> del sur de </w:t>
            </w:r>
            <w:proofErr w:type="spellStart"/>
            <w:r w:rsidRPr="007D1D39">
              <w:rPr>
                <w:rFonts w:ascii="Times New Roman" w:hAnsi="Times New Roman" w:cs="Times New Roman"/>
                <w:sz w:val="24"/>
                <w:szCs w:val="24"/>
              </w:rPr>
              <w:t>Chile.A</w:t>
            </w:r>
            <w:proofErr w:type="spellEnd"/>
            <w:r w:rsidRPr="007D1D39">
              <w:rPr>
                <w:rFonts w:ascii="Times New Roman" w:hAnsi="Times New Roman" w:cs="Times New Roman"/>
                <w:sz w:val="24"/>
                <w:szCs w:val="24"/>
              </w:rPr>
              <w:t xml:space="preserve"> lo largo de </w:t>
            </w:r>
            <w:proofErr w:type="spellStart"/>
            <w:r w:rsidRPr="007D1D39">
              <w:rPr>
                <w:rFonts w:ascii="Times New Roman" w:hAnsi="Times New Roman" w:cs="Times New Roman"/>
                <w:sz w:val="24"/>
                <w:szCs w:val="24"/>
              </w:rPr>
              <w:t>su</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carrera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su</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obra</w:t>
            </w:r>
            <w:proofErr w:type="spellEnd"/>
            <w:r w:rsidRPr="007D1D39">
              <w:rPr>
                <w:rFonts w:ascii="Times New Roman" w:hAnsi="Times New Roman" w:cs="Times New Roman"/>
                <w:sz w:val="24"/>
                <w:szCs w:val="24"/>
              </w:rPr>
              <w:t xml:space="preserve"> se ha </w:t>
            </w:r>
            <w:proofErr w:type="spellStart"/>
            <w:r w:rsidRPr="007D1D39">
              <w:rPr>
                <w:rFonts w:ascii="Times New Roman" w:hAnsi="Times New Roman" w:cs="Times New Roman"/>
                <w:sz w:val="24"/>
                <w:szCs w:val="24"/>
              </w:rPr>
              <w:t>caracterizado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por</w:t>
            </w:r>
            <w:proofErr w:type="spellEnd"/>
            <w:r w:rsidRPr="007D1D39">
              <w:rPr>
                <w:rFonts w:ascii="Times New Roman" w:hAnsi="Times New Roman" w:cs="Times New Roman"/>
                <w:sz w:val="24"/>
                <w:szCs w:val="24"/>
              </w:rPr>
              <w:t xml:space="preserve"> un </w:t>
            </w:r>
            <w:proofErr w:type="spellStart"/>
            <w:r w:rsidRPr="007D1D39">
              <w:rPr>
                <w:rFonts w:ascii="Times New Roman" w:hAnsi="Times New Roman" w:cs="Times New Roman"/>
                <w:sz w:val="24"/>
                <w:szCs w:val="24"/>
              </w:rPr>
              <w:t>fuerte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arraigo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territorio</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provincia</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Llanquihue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entrelazando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elementos</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poesía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lírica</w:t>
            </w:r>
            <w:proofErr w:type="spellEnd"/>
            <w:r w:rsidRPr="007D1D39">
              <w:rPr>
                <w:rFonts w:ascii="Times New Roman" w:hAnsi="Times New Roman" w:cs="Times New Roman"/>
                <w:sz w:val="24"/>
                <w:szCs w:val="24"/>
              </w:rPr>
              <w:t xml:space="preserve"> con </w:t>
            </w:r>
            <w:proofErr w:type="spellStart"/>
            <w:r w:rsidRPr="007D1D39">
              <w:rPr>
                <w:rFonts w:ascii="Times New Roman" w:hAnsi="Times New Roman" w:cs="Times New Roman"/>
                <w:sz w:val="24"/>
                <w:szCs w:val="24"/>
              </w:rPr>
              <w:t>una</w:t>
            </w:r>
            <w:proofErr w:type="spellEnd"/>
            <w:r w:rsidRPr="007D1D39">
              <w:rPr>
                <w:rFonts w:ascii="Times New Roman" w:hAnsi="Times New Roman" w:cs="Times New Roman"/>
                <w:sz w:val="24"/>
                <w:szCs w:val="24"/>
              </w:rPr>
              <w:t xml:space="preserve"> profunda </w:t>
            </w:r>
            <w:proofErr w:type="spellStart"/>
            <w:r w:rsidRPr="007D1D39">
              <w:rPr>
                <w:rFonts w:ascii="Times New Roman" w:hAnsi="Times New Roman" w:cs="Times New Roman"/>
                <w:sz w:val="24"/>
                <w:szCs w:val="24"/>
              </w:rPr>
              <w:t>vocación</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denuncia</w:t>
            </w:r>
            <w:proofErr w:type="spellEnd"/>
            <w:r w:rsidRPr="007D1D39">
              <w:rPr>
                <w:rFonts w:ascii="Times New Roman" w:hAnsi="Times New Roman" w:cs="Times New Roman"/>
                <w:sz w:val="24"/>
                <w:szCs w:val="24"/>
              </w:rPr>
              <w:t xml:space="preserve"> social y </w:t>
            </w:r>
            <w:proofErr w:type="spellStart"/>
            <w:r w:rsidRPr="007D1D39">
              <w:rPr>
                <w:rFonts w:ascii="Times New Roman" w:hAnsi="Times New Roman" w:cs="Times New Roman"/>
                <w:sz w:val="24"/>
                <w:szCs w:val="24"/>
              </w:rPr>
              <w:t>rescate</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memoria</w:t>
            </w:r>
            <w:proofErr w:type="spellEnd"/>
            <w:r w:rsidRPr="007D1D39">
              <w:rPr>
                <w:rFonts w:ascii="Times New Roman" w:hAnsi="Times New Roman" w:cs="Times New Roman"/>
                <w:sz w:val="24"/>
                <w:szCs w:val="24"/>
              </w:rPr>
              <w:t xml:space="preserve"> de las </w:t>
            </w:r>
            <w:proofErr w:type="spellStart"/>
            <w:r w:rsidRPr="007D1D39">
              <w:rPr>
                <w:rFonts w:ascii="Times New Roman" w:hAnsi="Times New Roman" w:cs="Times New Roman"/>
                <w:sz w:val="24"/>
                <w:szCs w:val="24"/>
              </w:rPr>
              <w:t>mujeres</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su</w:t>
            </w:r>
            <w:proofErr w:type="spellEnd"/>
            <w:r w:rsidRPr="007D1D39">
              <w:rPr>
                <w:rFonts w:ascii="Times New Roman" w:hAnsi="Times New Roman" w:cs="Times New Roman"/>
                <w:sz w:val="24"/>
                <w:szCs w:val="24"/>
              </w:rPr>
              <w:t xml:space="preserve"> tierra.</w:t>
            </w:r>
          </w:p>
          <w:p w14:paraId="3A68E37E" w14:textId="77777777" w:rsidR="00761D21" w:rsidRPr="007D1D39" w:rsidRDefault="00761D21" w:rsidP="00761D21">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Su </w:t>
            </w:r>
            <w:proofErr w:type="spellStart"/>
            <w:r w:rsidRPr="007D1D39">
              <w:rPr>
                <w:rFonts w:ascii="Times New Roman" w:hAnsi="Times New Roman" w:cs="Times New Roman"/>
                <w:sz w:val="24"/>
                <w:szCs w:val="24"/>
              </w:rPr>
              <w:t>trayectoria</w:t>
            </w:r>
            <w:proofErr w:type="spellEnd"/>
            <w:r w:rsidRPr="007D1D39">
              <w:rPr>
                <w:rFonts w:ascii="Times New Roman" w:hAnsi="Times New Roman" w:cs="Times New Roman"/>
                <w:sz w:val="24"/>
                <w:szCs w:val="24"/>
              </w:rPr>
              <w:t xml:space="preserve"> le ha </w:t>
            </w:r>
            <w:proofErr w:type="spellStart"/>
            <w:r w:rsidRPr="007D1D39">
              <w:rPr>
                <w:rFonts w:ascii="Times New Roman" w:hAnsi="Times New Roman" w:cs="Times New Roman"/>
                <w:sz w:val="24"/>
                <w:szCs w:val="24"/>
              </w:rPr>
              <w:t>valido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múltiples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distinciones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ámbito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literario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nacional</w:t>
            </w:r>
            <w:proofErr w:type="spellEnd"/>
            <w:r w:rsidRPr="007D1D39">
              <w:rPr>
                <w:rFonts w:ascii="Times New Roman" w:hAnsi="Times New Roman" w:cs="Times New Roman"/>
                <w:sz w:val="24"/>
                <w:szCs w:val="24"/>
              </w:rPr>
              <w:t xml:space="preserve"> y </w:t>
            </w:r>
            <w:proofErr w:type="spellStart"/>
            <w:proofErr w:type="gramStart"/>
            <w:r w:rsidRPr="007D1D39">
              <w:rPr>
                <w:rFonts w:ascii="Times New Roman" w:hAnsi="Times New Roman" w:cs="Times New Roman"/>
                <w:sz w:val="24"/>
                <w:szCs w:val="24"/>
              </w:rPr>
              <w:t>comunal:Premio</w:t>
            </w:r>
            <w:proofErr w:type="spellEnd"/>
            <w:proofErr w:type="gramEnd"/>
            <w:r w:rsidRPr="007D1D39">
              <w:rPr>
                <w:rFonts w:ascii="Times New Roman" w:hAnsi="Times New Roman" w:cs="Times New Roman"/>
                <w:sz w:val="24"/>
                <w:szCs w:val="24"/>
              </w:rPr>
              <w:t xml:space="preserve"> Nacional de </w:t>
            </w:r>
            <w:proofErr w:type="spellStart"/>
            <w:r w:rsidRPr="007D1D39">
              <w:rPr>
                <w:rFonts w:ascii="Times New Roman" w:hAnsi="Times New Roman" w:cs="Times New Roman"/>
                <w:sz w:val="24"/>
                <w:szCs w:val="24"/>
              </w:rPr>
              <w:t>Poesía</w:t>
            </w:r>
            <w:proofErr w:type="spellEnd"/>
            <w:r w:rsidRPr="007D1D39">
              <w:rPr>
                <w:rFonts w:ascii="Times New Roman" w:hAnsi="Times New Roman" w:cs="Times New Roman"/>
                <w:sz w:val="24"/>
                <w:szCs w:val="24"/>
              </w:rPr>
              <w:t xml:space="preserve"> Concurso Óscar Castro (2002</w:t>
            </w:r>
            <w:proofErr w:type="gramStart"/>
            <w:r w:rsidRPr="007D1D39">
              <w:rPr>
                <w:rFonts w:ascii="Times New Roman" w:hAnsi="Times New Roman" w:cs="Times New Roman"/>
                <w:sz w:val="24"/>
                <w:szCs w:val="24"/>
              </w:rPr>
              <w:t>).Primer</w:t>
            </w:r>
            <w:proofErr w:type="gramEnd"/>
            <w:r w:rsidRPr="007D1D39">
              <w:rPr>
                <w:rFonts w:ascii="Times New Roman" w:hAnsi="Times New Roman" w:cs="Times New Roman"/>
                <w:sz w:val="24"/>
                <w:szCs w:val="24"/>
              </w:rPr>
              <w:t xml:space="preserve"> Lugar Concurso </w:t>
            </w:r>
            <w:proofErr w:type="spellStart"/>
            <w:r w:rsidRPr="007D1D39">
              <w:rPr>
                <w:rFonts w:ascii="Times New Roman" w:hAnsi="Times New Roman" w:cs="Times New Roman"/>
                <w:sz w:val="24"/>
                <w:szCs w:val="24"/>
              </w:rPr>
              <w:t>Poesía</w:t>
            </w:r>
            <w:proofErr w:type="spellEnd"/>
            <w:r w:rsidRPr="007D1D39">
              <w:rPr>
                <w:rFonts w:ascii="Times New Roman" w:hAnsi="Times New Roman" w:cs="Times New Roman"/>
                <w:sz w:val="24"/>
                <w:szCs w:val="24"/>
              </w:rPr>
              <w:t xml:space="preserve"> Nacional Villa Alemana (1999</w:t>
            </w:r>
            <w:proofErr w:type="gramStart"/>
            <w:r w:rsidRPr="007D1D39">
              <w:rPr>
                <w:rFonts w:ascii="Times New Roman" w:hAnsi="Times New Roman" w:cs="Times New Roman"/>
                <w:sz w:val="24"/>
                <w:szCs w:val="24"/>
              </w:rPr>
              <w:t>).Premio</w:t>
            </w:r>
            <w:proofErr w:type="gramEnd"/>
            <w:r w:rsidRPr="007D1D39">
              <w:rPr>
                <w:rFonts w:ascii="Times New Roman" w:hAnsi="Times New Roman" w:cs="Times New Roman"/>
                <w:sz w:val="24"/>
                <w:szCs w:val="24"/>
              </w:rPr>
              <w:t xml:space="preserve"> de la Municipalidad de Puerto Montt al "</w:t>
            </w:r>
            <w:proofErr w:type="spellStart"/>
            <w:r w:rsidRPr="007D1D39">
              <w:rPr>
                <w:rFonts w:ascii="Times New Roman" w:hAnsi="Times New Roman" w:cs="Times New Roman"/>
                <w:sz w:val="24"/>
                <w:szCs w:val="24"/>
              </w:rPr>
              <w:t>Aporte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Literatura</w:t>
            </w:r>
            <w:proofErr w:type="spellEnd"/>
            <w:r w:rsidRPr="007D1D39">
              <w:rPr>
                <w:rFonts w:ascii="Times New Roman" w:hAnsi="Times New Roman" w:cs="Times New Roman"/>
                <w:sz w:val="24"/>
                <w:szCs w:val="24"/>
              </w:rPr>
              <w:t xml:space="preserve"> Regional" (2000</w:t>
            </w:r>
            <w:proofErr w:type="gramStart"/>
            <w:r w:rsidRPr="007D1D39">
              <w:rPr>
                <w:rFonts w:ascii="Times New Roman" w:hAnsi="Times New Roman" w:cs="Times New Roman"/>
                <w:sz w:val="24"/>
                <w:szCs w:val="24"/>
              </w:rPr>
              <w:t>).</w:t>
            </w:r>
            <w:proofErr w:type="spellStart"/>
            <w:r w:rsidRPr="007D1D39">
              <w:rPr>
                <w:rFonts w:ascii="Times New Roman" w:hAnsi="Times New Roman" w:cs="Times New Roman"/>
                <w:sz w:val="24"/>
                <w:szCs w:val="24"/>
              </w:rPr>
              <w:t>Personaje</w:t>
            </w:r>
            <w:proofErr w:type="spellEnd"/>
            <w:proofErr w:type="gramEnd"/>
            <w:r w:rsidRPr="007D1D39">
              <w:rPr>
                <w:rFonts w:ascii="Times New Roman" w:hAnsi="Times New Roman" w:cs="Times New Roman"/>
                <w:sz w:val="24"/>
                <w:szCs w:val="24"/>
              </w:rPr>
              <w:t xml:space="preserve"> Cultural </w:t>
            </w:r>
            <w:proofErr w:type="spellStart"/>
            <w:r w:rsidRPr="007D1D39">
              <w:rPr>
                <w:rFonts w:ascii="Times New Roman" w:hAnsi="Times New Roman" w:cs="Times New Roman"/>
                <w:sz w:val="24"/>
                <w:szCs w:val="24"/>
              </w:rPr>
              <w:t>Destacado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por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Círculo</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Periodistas</w:t>
            </w:r>
            <w:proofErr w:type="spellEnd"/>
            <w:r w:rsidRPr="007D1D39">
              <w:rPr>
                <w:rFonts w:ascii="Times New Roman" w:hAnsi="Times New Roman" w:cs="Times New Roman"/>
                <w:sz w:val="24"/>
                <w:szCs w:val="24"/>
              </w:rPr>
              <w:t xml:space="preserve"> (2000).</w:t>
            </w:r>
          </w:p>
          <w:p w14:paraId="46DE636E" w14:textId="16BF0D2B" w:rsidR="00761D21" w:rsidRPr="007D1D39" w:rsidRDefault="00761D21" w:rsidP="00761D21">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Marlene Bohle Maldonado es </w:t>
            </w:r>
            <w:proofErr w:type="spellStart"/>
            <w:r w:rsidRPr="007D1D39">
              <w:rPr>
                <w:rFonts w:ascii="Times New Roman" w:hAnsi="Times New Roman" w:cs="Times New Roman"/>
                <w:sz w:val="24"/>
                <w:szCs w:val="24"/>
              </w:rPr>
              <w:t>valorada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por</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crítica</w:t>
            </w:r>
            <w:proofErr w:type="spellEnd"/>
            <w:r w:rsidRPr="007D1D39">
              <w:rPr>
                <w:rFonts w:ascii="Times New Roman" w:hAnsi="Times New Roman" w:cs="Times New Roman"/>
                <w:sz w:val="24"/>
                <w:szCs w:val="24"/>
              </w:rPr>
              <w:t xml:space="preserve"> no solo </w:t>
            </w:r>
            <w:proofErr w:type="spellStart"/>
            <w:r w:rsidRPr="007D1D39">
              <w:rPr>
                <w:rFonts w:ascii="Times New Roman" w:hAnsi="Times New Roman" w:cs="Times New Roman"/>
                <w:sz w:val="24"/>
                <w:szCs w:val="24"/>
              </w:rPr>
              <w:t>como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una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guardiana</w:t>
            </w:r>
            <w:proofErr w:type="spellEnd"/>
            <w:r w:rsidRPr="007D1D39">
              <w:rPr>
                <w:rFonts w:ascii="Times New Roman" w:hAnsi="Times New Roman" w:cs="Times New Roman"/>
                <w:sz w:val="24"/>
                <w:szCs w:val="24"/>
              </w:rPr>
              <w:t xml:space="preserve"> del </w:t>
            </w:r>
            <w:proofErr w:type="spellStart"/>
            <w:r w:rsidRPr="007D1D39">
              <w:rPr>
                <w:rFonts w:ascii="Times New Roman" w:hAnsi="Times New Roman" w:cs="Times New Roman"/>
                <w:sz w:val="24"/>
                <w:szCs w:val="24"/>
              </w:rPr>
              <w:t>habla</w:t>
            </w:r>
            <w:proofErr w:type="spellEnd"/>
            <w:r w:rsidRPr="007D1D39">
              <w:rPr>
                <w:rFonts w:ascii="Times New Roman" w:hAnsi="Times New Roman" w:cs="Times New Roman"/>
                <w:sz w:val="24"/>
                <w:szCs w:val="24"/>
              </w:rPr>
              <w:t xml:space="preserve"> y la </w:t>
            </w:r>
            <w:proofErr w:type="spellStart"/>
            <w:r w:rsidRPr="007D1D39">
              <w:rPr>
                <w:rFonts w:ascii="Times New Roman" w:hAnsi="Times New Roman" w:cs="Times New Roman"/>
                <w:sz w:val="24"/>
                <w:szCs w:val="24"/>
              </w:rPr>
              <w:t>memoria</w:t>
            </w:r>
            <w:proofErr w:type="spellEnd"/>
            <w:r w:rsidRPr="007D1D39">
              <w:rPr>
                <w:rFonts w:ascii="Times New Roman" w:hAnsi="Times New Roman" w:cs="Times New Roman"/>
                <w:sz w:val="24"/>
                <w:szCs w:val="24"/>
              </w:rPr>
              <w:t xml:space="preserve"> del sur de Chile, </w:t>
            </w:r>
            <w:proofErr w:type="spellStart"/>
            <w:r w:rsidRPr="007D1D39">
              <w:rPr>
                <w:rFonts w:ascii="Times New Roman" w:hAnsi="Times New Roman" w:cs="Times New Roman"/>
                <w:sz w:val="24"/>
                <w:szCs w:val="24"/>
              </w:rPr>
              <w:t>sino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como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una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creadora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audaz</w:t>
            </w:r>
            <w:proofErr w:type="spellEnd"/>
            <w:r w:rsidRPr="007D1D39">
              <w:rPr>
                <w:rFonts w:ascii="Times New Roman" w:hAnsi="Times New Roman" w:cs="Times New Roman"/>
                <w:sz w:val="24"/>
                <w:szCs w:val="24"/>
              </w:rPr>
              <w:t xml:space="preserve"> que </w:t>
            </w:r>
            <w:proofErr w:type="spellStart"/>
            <w:r w:rsidRPr="007D1D39">
              <w:rPr>
                <w:rFonts w:ascii="Times New Roman" w:hAnsi="Times New Roman" w:cs="Times New Roman"/>
                <w:sz w:val="24"/>
                <w:szCs w:val="24"/>
              </w:rPr>
              <w:t>utiliza</w:t>
            </w:r>
            <w:proofErr w:type="spellEnd"/>
            <w:r w:rsidRPr="007D1D39">
              <w:rPr>
                <w:rFonts w:ascii="Times New Roman" w:hAnsi="Times New Roman" w:cs="Times New Roman"/>
                <w:sz w:val="24"/>
                <w:szCs w:val="24"/>
              </w:rPr>
              <w:t xml:space="preserve"> la palabra </w:t>
            </w:r>
            <w:proofErr w:type="spellStart"/>
            <w:r w:rsidRPr="007D1D39">
              <w:rPr>
                <w:rFonts w:ascii="Times New Roman" w:hAnsi="Times New Roman" w:cs="Times New Roman"/>
                <w:sz w:val="24"/>
                <w:szCs w:val="24"/>
              </w:rPr>
              <w:t>precisa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como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una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herramienta</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justicia</w:t>
            </w:r>
            <w:proofErr w:type="spellEnd"/>
            <w:r w:rsidRPr="007D1D39">
              <w:rPr>
                <w:rFonts w:ascii="Times New Roman" w:hAnsi="Times New Roman" w:cs="Times New Roman"/>
                <w:sz w:val="24"/>
                <w:szCs w:val="24"/>
              </w:rPr>
              <w:t xml:space="preserve"> social, </w:t>
            </w:r>
            <w:proofErr w:type="spellStart"/>
            <w:r w:rsidRPr="007D1D39">
              <w:rPr>
                <w:rFonts w:ascii="Times New Roman" w:hAnsi="Times New Roman" w:cs="Times New Roman"/>
                <w:sz w:val="24"/>
                <w:szCs w:val="24"/>
              </w:rPr>
              <w:t>resiliencia</w:t>
            </w:r>
            <w:proofErr w:type="spellEnd"/>
            <w:r w:rsidRPr="007D1D39">
              <w:rPr>
                <w:rFonts w:ascii="Times New Roman" w:hAnsi="Times New Roman" w:cs="Times New Roman"/>
                <w:sz w:val="24"/>
                <w:szCs w:val="24"/>
              </w:rPr>
              <w:t xml:space="preserve"> y profunda </w:t>
            </w:r>
            <w:proofErr w:type="spellStart"/>
            <w:r w:rsidRPr="007D1D39">
              <w:rPr>
                <w:rFonts w:ascii="Times New Roman" w:hAnsi="Times New Roman" w:cs="Times New Roman"/>
                <w:sz w:val="24"/>
                <w:szCs w:val="24"/>
              </w:rPr>
              <w:t>esperanza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humanista</w:t>
            </w:r>
            <w:proofErr w:type="spellEnd"/>
          </w:p>
        </w:tc>
      </w:tr>
    </w:tbl>
    <w:p w14:paraId="0B46F135" w14:textId="10809E0C" w:rsidR="00761D21" w:rsidRPr="007D1D39" w:rsidRDefault="00761D21" w:rsidP="00281D6B">
      <w:pPr>
        <w:jc w:val="both"/>
        <w:rPr>
          <w:rFonts w:ascii="Times New Roman" w:hAnsi="Times New Roman" w:cs="Times New Roman"/>
          <w:b/>
          <w:bCs/>
          <w:sz w:val="28"/>
          <w:szCs w:val="28"/>
        </w:rPr>
      </w:pPr>
    </w:p>
    <w:p w14:paraId="0D75CE8F" w14:textId="77777777" w:rsidR="00761D21" w:rsidRPr="007D1D39" w:rsidRDefault="00761D21" w:rsidP="00281D6B">
      <w:pPr>
        <w:jc w:val="both"/>
        <w:rPr>
          <w:rFonts w:ascii="Times New Roman" w:hAnsi="Times New Roman" w:cs="Times New Roman"/>
          <w:b/>
          <w:bCs/>
          <w:sz w:val="28"/>
          <w:szCs w:val="28"/>
        </w:rPr>
      </w:pPr>
    </w:p>
    <w:p w14:paraId="6131644C" w14:textId="77777777" w:rsidR="00761D21" w:rsidRPr="007D1D39" w:rsidRDefault="00761D21" w:rsidP="00281D6B">
      <w:pPr>
        <w:jc w:val="both"/>
        <w:rPr>
          <w:rFonts w:ascii="Times New Roman" w:hAnsi="Times New Roman" w:cs="Times New Roman"/>
          <w:b/>
          <w:bCs/>
          <w:sz w:val="28"/>
          <w:szCs w:val="28"/>
        </w:rPr>
      </w:pPr>
    </w:p>
    <w:p w14:paraId="716FD999" w14:textId="77777777" w:rsidR="00761D21" w:rsidRPr="007D1D39" w:rsidRDefault="00761D21" w:rsidP="00281D6B">
      <w:pPr>
        <w:jc w:val="both"/>
        <w:rPr>
          <w:rFonts w:ascii="Times New Roman" w:hAnsi="Times New Roman" w:cs="Times New Roman"/>
          <w:b/>
          <w:bCs/>
          <w:sz w:val="28"/>
          <w:szCs w:val="28"/>
        </w:rPr>
      </w:pPr>
    </w:p>
    <w:p w14:paraId="55B77E6C" w14:textId="77777777" w:rsidR="00761D21" w:rsidRPr="007D1D39" w:rsidRDefault="00761D21" w:rsidP="00281D6B">
      <w:pPr>
        <w:jc w:val="both"/>
        <w:rPr>
          <w:rFonts w:ascii="Times New Roman" w:hAnsi="Times New Roman" w:cs="Times New Roman"/>
          <w:b/>
          <w:bCs/>
          <w:sz w:val="28"/>
          <w:szCs w:val="28"/>
        </w:rPr>
      </w:pPr>
    </w:p>
    <w:p w14:paraId="0DE9BC78" w14:textId="77777777" w:rsidR="00761D21" w:rsidRPr="007D1D39" w:rsidRDefault="00761D21" w:rsidP="00281D6B">
      <w:pPr>
        <w:jc w:val="both"/>
        <w:rPr>
          <w:rFonts w:ascii="Times New Roman" w:hAnsi="Times New Roman" w:cs="Times New Roman"/>
          <w:b/>
          <w:bCs/>
          <w:sz w:val="28"/>
          <w:szCs w:val="28"/>
        </w:rPr>
      </w:pPr>
    </w:p>
    <w:p w14:paraId="4654129F" w14:textId="77777777" w:rsidR="00761D21" w:rsidRPr="007D1D39" w:rsidRDefault="00761D21" w:rsidP="00281D6B">
      <w:pPr>
        <w:jc w:val="both"/>
        <w:rPr>
          <w:rFonts w:ascii="Times New Roman" w:hAnsi="Times New Roman" w:cs="Times New Roman"/>
          <w:b/>
          <w:bCs/>
          <w:sz w:val="28"/>
          <w:szCs w:val="28"/>
        </w:rPr>
      </w:pPr>
    </w:p>
    <w:p w14:paraId="1FF8260D" w14:textId="77777777" w:rsidR="00761D21" w:rsidRPr="007D1D39" w:rsidRDefault="00761D21" w:rsidP="00281D6B">
      <w:pPr>
        <w:jc w:val="both"/>
        <w:rPr>
          <w:rFonts w:ascii="Times New Roman" w:hAnsi="Times New Roman" w:cs="Times New Roman"/>
          <w:b/>
          <w:bCs/>
          <w:sz w:val="28"/>
          <w:szCs w:val="28"/>
        </w:rPr>
      </w:pPr>
    </w:p>
    <w:p w14:paraId="46CE7917" w14:textId="77777777" w:rsidR="00761D21" w:rsidRPr="007D1D39" w:rsidRDefault="00761D21" w:rsidP="00281D6B">
      <w:pPr>
        <w:jc w:val="both"/>
        <w:rPr>
          <w:rFonts w:ascii="Times New Roman" w:hAnsi="Times New Roman" w:cs="Times New Roman"/>
          <w:b/>
          <w:bCs/>
          <w:sz w:val="28"/>
          <w:szCs w:val="28"/>
        </w:rPr>
      </w:pPr>
    </w:p>
    <w:p w14:paraId="2C888C82" w14:textId="77777777" w:rsidR="00761D21" w:rsidRPr="007D1D39" w:rsidRDefault="00761D21" w:rsidP="00281D6B">
      <w:pPr>
        <w:jc w:val="both"/>
        <w:rPr>
          <w:rFonts w:ascii="Times New Roman" w:hAnsi="Times New Roman" w:cs="Times New Roman"/>
          <w:b/>
          <w:bCs/>
          <w:sz w:val="28"/>
          <w:szCs w:val="28"/>
        </w:rPr>
      </w:pPr>
    </w:p>
    <w:p w14:paraId="7801E444" w14:textId="77777777" w:rsidR="00761D21" w:rsidRPr="007D1D39" w:rsidRDefault="00761D21" w:rsidP="00281D6B">
      <w:pPr>
        <w:jc w:val="both"/>
        <w:rPr>
          <w:rFonts w:ascii="Times New Roman" w:hAnsi="Times New Roman" w:cs="Times New Roman"/>
          <w:b/>
          <w:bCs/>
          <w:sz w:val="28"/>
          <w:szCs w:val="28"/>
        </w:rPr>
      </w:pPr>
    </w:p>
    <w:tbl>
      <w:tblPr>
        <w:tblStyle w:val="Tablaconcuadrcula"/>
        <w:tblW w:w="0" w:type="auto"/>
        <w:tblLook w:val="04A0" w:firstRow="1" w:lastRow="0" w:firstColumn="1" w:lastColumn="0" w:noHBand="0" w:noVBand="1"/>
      </w:tblPr>
      <w:tblGrid>
        <w:gridCol w:w="4754"/>
        <w:gridCol w:w="4754"/>
      </w:tblGrid>
      <w:tr w:rsidR="00761D21" w:rsidRPr="007D1D39" w14:paraId="5165180A" w14:textId="77777777" w:rsidTr="00761D21">
        <w:tc>
          <w:tcPr>
            <w:tcW w:w="4754" w:type="dxa"/>
            <w:vAlign w:val="center"/>
          </w:tcPr>
          <w:p w14:paraId="3F46B434" w14:textId="77777777" w:rsidR="00761D21" w:rsidRPr="007D1D39" w:rsidRDefault="00761D21" w:rsidP="00761D21">
            <w:pPr>
              <w:jc w:val="center"/>
              <w:rPr>
                <w:rFonts w:ascii="Times New Roman" w:hAnsi="Times New Roman" w:cs="Times New Roman"/>
                <w:b/>
                <w:bCs/>
                <w:sz w:val="28"/>
                <w:szCs w:val="28"/>
              </w:rPr>
            </w:pPr>
            <w:r w:rsidRPr="007D1D39">
              <w:rPr>
                <w:rFonts w:ascii="Times New Roman" w:hAnsi="Times New Roman" w:cs="Times New Roman"/>
                <w:b/>
                <w:bCs/>
                <w:sz w:val="28"/>
                <w:szCs w:val="28"/>
              </w:rPr>
              <w:t>María Cecilia Castillo Contreras</w:t>
            </w:r>
          </w:p>
          <w:p w14:paraId="74B54570" w14:textId="071F272C" w:rsidR="00761D21" w:rsidRPr="007D1D39" w:rsidRDefault="00FE4AF7" w:rsidP="00761D21">
            <w:pPr>
              <w:jc w:val="center"/>
              <w:rPr>
                <w:rFonts w:ascii="Times New Roman" w:hAnsi="Times New Roman" w:cs="Times New Roman"/>
                <w:b/>
                <w:bCs/>
                <w:sz w:val="28"/>
                <w:szCs w:val="28"/>
              </w:rPr>
            </w:pPr>
            <w:r w:rsidRPr="007D1D39">
              <w:rPr>
                <w:rFonts w:ascii="Times New Roman" w:hAnsi="Times New Roman" w:cs="Times New Roman"/>
                <w:b/>
                <w:bCs/>
                <w:noProof/>
                <w:sz w:val="28"/>
                <w:szCs w:val="28"/>
              </w:rPr>
              <w:drawing>
                <wp:inline distT="0" distB="0" distL="0" distR="0" wp14:anchorId="41CD69CE" wp14:editId="1CC86A46">
                  <wp:extent cx="2491740" cy="2156460"/>
                  <wp:effectExtent l="0" t="0" r="3810" b="0"/>
                  <wp:docPr id="27496776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l="31857" t="15082" r="9619" b="34110"/>
                          <a:stretch>
                            <a:fillRect/>
                          </a:stretch>
                        </pic:blipFill>
                        <pic:spPr bwMode="auto">
                          <a:xfrm>
                            <a:off x="0" y="0"/>
                            <a:ext cx="2491740" cy="21564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54" w:type="dxa"/>
          </w:tcPr>
          <w:p w14:paraId="382F962D" w14:textId="77777777" w:rsidR="00FE4AF7" w:rsidRPr="007D1D39" w:rsidRDefault="00FE4AF7" w:rsidP="00FE4AF7">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María Cecilia Castillo Contreras, </w:t>
            </w:r>
            <w:proofErr w:type="spellStart"/>
            <w:r w:rsidRPr="007D1D39">
              <w:rPr>
                <w:rFonts w:ascii="Times New Roman" w:hAnsi="Times New Roman" w:cs="Times New Roman"/>
                <w:sz w:val="24"/>
                <w:szCs w:val="24"/>
              </w:rPr>
              <w:t>nacida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Linares, Chile, es </w:t>
            </w:r>
            <w:proofErr w:type="spellStart"/>
            <w:r w:rsidRPr="007D1D39">
              <w:rPr>
                <w:rFonts w:ascii="Times New Roman" w:hAnsi="Times New Roman" w:cs="Times New Roman"/>
                <w:sz w:val="24"/>
                <w:szCs w:val="24"/>
              </w:rPr>
              <w:t>profesora</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Educación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Básica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Licenciada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Educación</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Magíster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Educación</w:t>
            </w:r>
            <w:proofErr w:type="spellEnd"/>
            <w:r w:rsidRPr="007D1D39">
              <w:rPr>
                <w:rFonts w:ascii="Times New Roman" w:hAnsi="Times New Roman" w:cs="Times New Roman"/>
                <w:sz w:val="24"/>
                <w:szCs w:val="24"/>
              </w:rPr>
              <w:t xml:space="preserve"> con </w:t>
            </w:r>
            <w:proofErr w:type="spellStart"/>
            <w:r w:rsidRPr="007D1D39">
              <w:rPr>
                <w:rFonts w:ascii="Times New Roman" w:hAnsi="Times New Roman" w:cs="Times New Roman"/>
                <w:sz w:val="24"/>
                <w:szCs w:val="24"/>
              </w:rPr>
              <w:t>mención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Gestión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Educativa</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Liderazgo</w:t>
            </w:r>
            <w:proofErr w:type="spellEnd"/>
            <w:r w:rsidRPr="007D1D39">
              <w:rPr>
                <w:rFonts w:ascii="Times New Roman" w:hAnsi="Times New Roman" w:cs="Times New Roman"/>
                <w:sz w:val="24"/>
                <w:szCs w:val="24"/>
              </w:rPr>
              <w:t xml:space="preserve"> Escolar.</w:t>
            </w:r>
          </w:p>
          <w:p w14:paraId="14A11451" w14:textId="77777777" w:rsidR="00FE4AF7" w:rsidRPr="007D1D39" w:rsidRDefault="00FE4AF7" w:rsidP="00FE4AF7">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Es </w:t>
            </w:r>
            <w:proofErr w:type="spellStart"/>
            <w:r w:rsidRPr="007D1D39">
              <w:rPr>
                <w:rFonts w:ascii="Times New Roman" w:hAnsi="Times New Roman" w:cs="Times New Roman"/>
                <w:sz w:val="24"/>
                <w:szCs w:val="24"/>
              </w:rPr>
              <w:t>autora</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novela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Próxima</w:t>
            </w:r>
            <w:proofErr w:type="spellEnd"/>
            <w:r w:rsidRPr="007D1D39">
              <w:rPr>
                <w:rFonts w:ascii="Times New Roman" w:hAnsi="Times New Roman" w:cs="Times New Roman"/>
                <w:sz w:val="24"/>
                <w:szCs w:val="24"/>
              </w:rPr>
              <w:t xml:space="preserve"> Estación y de la </w:t>
            </w:r>
            <w:proofErr w:type="spellStart"/>
            <w:r w:rsidRPr="007D1D39">
              <w:rPr>
                <w:rFonts w:ascii="Times New Roman" w:hAnsi="Times New Roman" w:cs="Times New Roman"/>
                <w:sz w:val="24"/>
                <w:szCs w:val="24"/>
              </w:rPr>
              <w:t>obra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infantil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Reviviendo</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magia</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Hualqui</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libro</w:t>
            </w:r>
            <w:proofErr w:type="spellEnd"/>
            <w:r w:rsidRPr="007D1D39">
              <w:rPr>
                <w:rFonts w:ascii="Times New Roman" w:hAnsi="Times New Roman" w:cs="Times New Roman"/>
                <w:sz w:val="24"/>
                <w:szCs w:val="24"/>
              </w:rPr>
              <w:t xml:space="preserve"> que </w:t>
            </w:r>
            <w:proofErr w:type="spellStart"/>
            <w:r w:rsidRPr="007D1D39">
              <w:rPr>
                <w:rFonts w:ascii="Times New Roman" w:hAnsi="Times New Roman" w:cs="Times New Roman"/>
                <w:sz w:val="24"/>
                <w:szCs w:val="24"/>
              </w:rPr>
              <w:t>reúne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relatos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inspirados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fauna </w:t>
            </w:r>
            <w:proofErr w:type="spellStart"/>
            <w:r w:rsidRPr="007D1D39">
              <w:rPr>
                <w:rFonts w:ascii="Times New Roman" w:hAnsi="Times New Roman" w:cs="Times New Roman"/>
                <w:sz w:val="24"/>
                <w:szCs w:val="24"/>
              </w:rPr>
              <w:t>chilena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peligro</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extinción</w:t>
            </w:r>
            <w:proofErr w:type="spellEnd"/>
            <w:r w:rsidRPr="007D1D39">
              <w:rPr>
                <w:rFonts w:ascii="Times New Roman" w:hAnsi="Times New Roman" w:cs="Times New Roman"/>
                <w:sz w:val="24"/>
                <w:szCs w:val="24"/>
              </w:rPr>
              <w:t xml:space="preserve">, entre </w:t>
            </w:r>
            <w:proofErr w:type="spellStart"/>
            <w:r w:rsidRPr="007D1D39">
              <w:rPr>
                <w:rFonts w:ascii="Times New Roman" w:hAnsi="Times New Roman" w:cs="Times New Roman"/>
                <w:sz w:val="24"/>
                <w:szCs w:val="24"/>
              </w:rPr>
              <w:t>ellos</w:t>
            </w:r>
            <w:proofErr w:type="spellEnd"/>
            <w:r w:rsidRPr="007D1D39">
              <w:rPr>
                <w:rFonts w:ascii="Times New Roman" w:hAnsi="Times New Roman" w:cs="Times New Roman"/>
                <w:sz w:val="24"/>
                <w:szCs w:val="24"/>
              </w:rPr>
              <w:t xml:space="preserve"> El </w:t>
            </w:r>
            <w:proofErr w:type="spellStart"/>
            <w:r w:rsidRPr="007D1D39">
              <w:rPr>
                <w:rFonts w:ascii="Times New Roman" w:hAnsi="Times New Roman" w:cs="Times New Roman"/>
                <w:sz w:val="24"/>
                <w:szCs w:val="24"/>
              </w:rPr>
              <w:t>heroico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pudú</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Viajando</w:t>
            </w:r>
            <w:proofErr w:type="spellEnd"/>
            <w:r w:rsidRPr="007D1D39">
              <w:rPr>
                <w:rFonts w:ascii="Times New Roman" w:hAnsi="Times New Roman" w:cs="Times New Roman"/>
                <w:sz w:val="24"/>
                <w:szCs w:val="24"/>
              </w:rPr>
              <w:t xml:space="preserve"> con un </w:t>
            </w:r>
            <w:proofErr w:type="spellStart"/>
            <w:r w:rsidRPr="007D1D39">
              <w:rPr>
                <w:rFonts w:ascii="Times New Roman" w:hAnsi="Times New Roman" w:cs="Times New Roman"/>
                <w:sz w:val="24"/>
                <w:szCs w:val="24"/>
              </w:rPr>
              <w:t>cóndor</w:t>
            </w:r>
            <w:proofErr w:type="spellEnd"/>
            <w:r w:rsidRPr="007D1D39">
              <w:rPr>
                <w:rFonts w:ascii="Times New Roman" w:hAnsi="Times New Roman" w:cs="Times New Roman"/>
                <w:sz w:val="24"/>
                <w:szCs w:val="24"/>
              </w:rPr>
              <w:t xml:space="preserve">, Las </w:t>
            </w:r>
            <w:proofErr w:type="spellStart"/>
            <w:r w:rsidRPr="007D1D39">
              <w:rPr>
                <w:rFonts w:ascii="Times New Roman" w:hAnsi="Times New Roman" w:cs="Times New Roman"/>
                <w:sz w:val="24"/>
                <w:szCs w:val="24"/>
              </w:rPr>
              <w:t>aventuras</w:t>
            </w:r>
            <w:proofErr w:type="spellEnd"/>
            <w:r w:rsidRPr="007D1D39">
              <w:rPr>
                <w:rFonts w:ascii="Times New Roman" w:hAnsi="Times New Roman" w:cs="Times New Roman"/>
                <w:sz w:val="24"/>
                <w:szCs w:val="24"/>
              </w:rPr>
              <w:t xml:space="preserve"> de Nicanor, Eloy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huemul y El </w:t>
            </w:r>
            <w:proofErr w:type="spellStart"/>
            <w:r w:rsidRPr="007D1D39">
              <w:rPr>
                <w:rFonts w:ascii="Times New Roman" w:hAnsi="Times New Roman" w:cs="Times New Roman"/>
                <w:sz w:val="24"/>
                <w:szCs w:val="24"/>
              </w:rPr>
              <w:t>cangrejo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tigre</w:t>
            </w:r>
            <w:proofErr w:type="spellEnd"/>
            <w:r w:rsidRPr="007D1D39">
              <w:rPr>
                <w:rFonts w:ascii="Times New Roman" w:hAnsi="Times New Roman" w:cs="Times New Roman"/>
                <w:sz w:val="24"/>
                <w:szCs w:val="24"/>
              </w:rPr>
              <w:t>.</w:t>
            </w:r>
          </w:p>
          <w:p w14:paraId="02952459" w14:textId="77777777" w:rsidR="00FE4AF7" w:rsidRPr="007D1D39" w:rsidRDefault="00FE4AF7" w:rsidP="00FE4AF7">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Entre sus </w:t>
            </w:r>
            <w:proofErr w:type="spellStart"/>
            <w:r w:rsidRPr="007D1D39">
              <w:rPr>
                <w:rFonts w:ascii="Times New Roman" w:hAnsi="Times New Roman" w:cs="Times New Roman"/>
                <w:sz w:val="24"/>
                <w:szCs w:val="24"/>
              </w:rPr>
              <w:t>creaciones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destaca</w:t>
            </w:r>
            <w:proofErr w:type="spellEnd"/>
            <w:r w:rsidRPr="007D1D39">
              <w:rPr>
                <w:rFonts w:ascii="Times New Roman" w:hAnsi="Times New Roman" w:cs="Times New Roman"/>
                <w:sz w:val="24"/>
                <w:szCs w:val="24"/>
              </w:rPr>
              <w:t xml:space="preserve"> también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cuento </w:t>
            </w:r>
            <w:proofErr w:type="spellStart"/>
            <w:r w:rsidRPr="007D1D39">
              <w:rPr>
                <w:rFonts w:ascii="Times New Roman" w:hAnsi="Times New Roman" w:cs="Times New Roman"/>
                <w:sz w:val="24"/>
                <w:szCs w:val="24"/>
              </w:rPr>
              <w:t>infantil</w:t>
            </w:r>
            <w:proofErr w:type="spellEnd"/>
            <w:r w:rsidRPr="007D1D39">
              <w:rPr>
                <w:rFonts w:ascii="Times New Roman" w:hAnsi="Times New Roman" w:cs="Times New Roman"/>
                <w:sz w:val="24"/>
                <w:szCs w:val="24"/>
              </w:rPr>
              <w:t xml:space="preserve"> La gran </w:t>
            </w:r>
            <w:proofErr w:type="spellStart"/>
            <w:r w:rsidRPr="007D1D39">
              <w:rPr>
                <w:rFonts w:ascii="Times New Roman" w:hAnsi="Times New Roman" w:cs="Times New Roman"/>
                <w:sz w:val="24"/>
                <w:szCs w:val="24"/>
              </w:rPr>
              <w:t>misión</w:t>
            </w:r>
            <w:proofErr w:type="spellEnd"/>
            <w:r w:rsidRPr="007D1D39">
              <w:rPr>
                <w:rFonts w:ascii="Times New Roman" w:hAnsi="Times New Roman" w:cs="Times New Roman"/>
                <w:sz w:val="24"/>
                <w:szCs w:val="24"/>
              </w:rPr>
              <w:t xml:space="preserve"> de Pablito y Uh Ah Chico, </w:t>
            </w:r>
            <w:proofErr w:type="spellStart"/>
            <w:r w:rsidRPr="007D1D39">
              <w:rPr>
                <w:rFonts w:ascii="Times New Roman" w:hAnsi="Times New Roman" w:cs="Times New Roman"/>
                <w:sz w:val="24"/>
                <w:szCs w:val="24"/>
              </w:rPr>
              <w:t>obra</w:t>
            </w:r>
            <w:proofErr w:type="spellEnd"/>
            <w:r w:rsidRPr="007D1D39">
              <w:rPr>
                <w:rFonts w:ascii="Times New Roman" w:hAnsi="Times New Roman" w:cs="Times New Roman"/>
                <w:sz w:val="24"/>
                <w:szCs w:val="24"/>
              </w:rPr>
              <w:t xml:space="preserve"> que </w:t>
            </w:r>
            <w:proofErr w:type="spellStart"/>
            <w:r w:rsidRPr="007D1D39">
              <w:rPr>
                <w:rFonts w:ascii="Times New Roman" w:hAnsi="Times New Roman" w:cs="Times New Roman"/>
                <w:sz w:val="24"/>
                <w:szCs w:val="24"/>
              </w:rPr>
              <w:t>rescata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valores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como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trabajo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equipo</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unión</w:t>
            </w:r>
            <w:proofErr w:type="spellEnd"/>
            <w:r w:rsidRPr="007D1D39">
              <w:rPr>
                <w:rFonts w:ascii="Times New Roman" w:hAnsi="Times New Roman" w:cs="Times New Roman"/>
                <w:sz w:val="24"/>
                <w:szCs w:val="24"/>
              </w:rPr>
              <w:t xml:space="preserve"> familiar y la </w:t>
            </w:r>
            <w:proofErr w:type="spellStart"/>
            <w:r w:rsidRPr="007D1D39">
              <w:rPr>
                <w:rFonts w:ascii="Times New Roman" w:hAnsi="Times New Roman" w:cs="Times New Roman"/>
                <w:sz w:val="24"/>
                <w:szCs w:val="24"/>
              </w:rPr>
              <w:t>importancia</w:t>
            </w:r>
            <w:proofErr w:type="spellEnd"/>
            <w:r w:rsidRPr="007D1D39">
              <w:rPr>
                <w:rFonts w:ascii="Times New Roman" w:hAnsi="Times New Roman" w:cs="Times New Roman"/>
                <w:sz w:val="24"/>
                <w:szCs w:val="24"/>
              </w:rPr>
              <w:t xml:space="preserve"> de la labor </w:t>
            </w:r>
            <w:proofErr w:type="spellStart"/>
            <w:r w:rsidRPr="007D1D39">
              <w:rPr>
                <w:rFonts w:ascii="Times New Roman" w:hAnsi="Times New Roman" w:cs="Times New Roman"/>
                <w:sz w:val="24"/>
                <w:szCs w:val="24"/>
              </w:rPr>
              <w:t>campesina</w:t>
            </w:r>
            <w:proofErr w:type="spellEnd"/>
            <w:r w:rsidRPr="007D1D39">
              <w:rPr>
                <w:rFonts w:ascii="Times New Roman" w:hAnsi="Times New Roman" w:cs="Times New Roman"/>
                <w:sz w:val="24"/>
                <w:szCs w:val="24"/>
              </w:rPr>
              <w:t xml:space="preserve"> para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desarrollo</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comunidad</w:t>
            </w:r>
            <w:proofErr w:type="spellEnd"/>
            <w:r w:rsidRPr="007D1D39">
              <w:rPr>
                <w:rFonts w:ascii="Times New Roman" w:hAnsi="Times New Roman" w:cs="Times New Roman"/>
                <w:sz w:val="24"/>
                <w:szCs w:val="24"/>
              </w:rPr>
              <w:t xml:space="preserve"> rural de Chanco Curín,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comuna</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Hualqui</w:t>
            </w:r>
            <w:proofErr w:type="spellEnd"/>
            <w:r w:rsidRPr="007D1D39">
              <w:rPr>
                <w:rFonts w:ascii="Times New Roman" w:hAnsi="Times New Roman" w:cs="Times New Roman"/>
                <w:sz w:val="24"/>
                <w:szCs w:val="24"/>
              </w:rPr>
              <w:t>.</w:t>
            </w:r>
          </w:p>
          <w:p w14:paraId="2EA0114C" w14:textId="77777777" w:rsidR="00FE4AF7" w:rsidRPr="007D1D39" w:rsidRDefault="00FE4AF7" w:rsidP="00FE4AF7">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Su </w:t>
            </w:r>
            <w:proofErr w:type="spellStart"/>
            <w:r w:rsidRPr="007D1D39">
              <w:rPr>
                <w:rFonts w:ascii="Times New Roman" w:hAnsi="Times New Roman" w:cs="Times New Roman"/>
                <w:sz w:val="24"/>
                <w:szCs w:val="24"/>
              </w:rPr>
              <w:t>más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reciente</w:t>
            </w:r>
            <w:proofErr w:type="spellEnd"/>
            <w:r w:rsidRPr="007D1D39">
              <w:rPr>
                <w:rFonts w:ascii="Times New Roman" w:hAnsi="Times New Roman" w:cs="Times New Roman"/>
                <w:sz w:val="24"/>
                <w:szCs w:val="24"/>
              </w:rPr>
              <w:t xml:space="preserve"> cuento </w:t>
            </w:r>
            <w:proofErr w:type="spellStart"/>
            <w:r w:rsidRPr="007D1D39">
              <w:rPr>
                <w:rFonts w:ascii="Times New Roman" w:hAnsi="Times New Roman" w:cs="Times New Roman"/>
                <w:sz w:val="24"/>
                <w:szCs w:val="24"/>
              </w:rPr>
              <w:t>infantil</w:t>
            </w:r>
            <w:proofErr w:type="spellEnd"/>
            <w:r w:rsidRPr="007D1D39">
              <w:rPr>
                <w:rFonts w:ascii="Times New Roman" w:hAnsi="Times New Roman" w:cs="Times New Roman"/>
                <w:sz w:val="24"/>
                <w:szCs w:val="24"/>
              </w:rPr>
              <w:t xml:space="preserve">, El </w:t>
            </w:r>
            <w:proofErr w:type="spellStart"/>
            <w:r w:rsidRPr="007D1D39">
              <w:rPr>
                <w:rFonts w:ascii="Times New Roman" w:hAnsi="Times New Roman" w:cs="Times New Roman"/>
                <w:sz w:val="24"/>
                <w:szCs w:val="24"/>
              </w:rPr>
              <w:t>susurro</w:t>
            </w:r>
            <w:proofErr w:type="spellEnd"/>
            <w:r w:rsidRPr="007D1D39">
              <w:rPr>
                <w:rFonts w:ascii="Times New Roman" w:hAnsi="Times New Roman" w:cs="Times New Roman"/>
                <w:sz w:val="24"/>
                <w:szCs w:val="24"/>
              </w:rPr>
              <w:t xml:space="preserve"> del bosque: Pablito y </w:t>
            </w:r>
            <w:proofErr w:type="spellStart"/>
            <w:r w:rsidRPr="007D1D39">
              <w:rPr>
                <w:rFonts w:ascii="Times New Roman" w:hAnsi="Times New Roman" w:cs="Times New Roman"/>
                <w:sz w:val="24"/>
                <w:szCs w:val="24"/>
              </w:rPr>
              <w:t>los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guardianes</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Nonguén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nace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inspirado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riqueza</w:t>
            </w:r>
            <w:proofErr w:type="spellEnd"/>
            <w:r w:rsidRPr="007D1D39">
              <w:rPr>
                <w:rFonts w:ascii="Times New Roman" w:hAnsi="Times New Roman" w:cs="Times New Roman"/>
                <w:sz w:val="24"/>
                <w:szCs w:val="24"/>
              </w:rPr>
              <w:t xml:space="preserve"> natural del Parque Nacional </w:t>
            </w:r>
            <w:proofErr w:type="spellStart"/>
            <w:r w:rsidRPr="007D1D39">
              <w:rPr>
                <w:rFonts w:ascii="Times New Roman" w:hAnsi="Times New Roman" w:cs="Times New Roman"/>
                <w:sz w:val="24"/>
                <w:szCs w:val="24"/>
              </w:rPr>
              <w:t>Nonguén</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necesidad</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acercar</w:t>
            </w:r>
            <w:proofErr w:type="spellEnd"/>
            <w:r w:rsidRPr="007D1D39">
              <w:rPr>
                <w:rFonts w:ascii="Times New Roman" w:hAnsi="Times New Roman" w:cs="Times New Roman"/>
                <w:sz w:val="24"/>
                <w:szCs w:val="24"/>
              </w:rPr>
              <w:t xml:space="preserve"> a </w:t>
            </w:r>
            <w:proofErr w:type="spellStart"/>
            <w:r w:rsidRPr="007D1D39">
              <w:rPr>
                <w:rFonts w:ascii="Times New Roman" w:hAnsi="Times New Roman" w:cs="Times New Roman"/>
                <w:sz w:val="24"/>
                <w:szCs w:val="24"/>
              </w:rPr>
              <w:t>niños</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niñas</w:t>
            </w:r>
            <w:proofErr w:type="spellEnd"/>
            <w:r w:rsidRPr="007D1D39">
              <w:rPr>
                <w:rFonts w:ascii="Times New Roman" w:hAnsi="Times New Roman" w:cs="Times New Roman"/>
                <w:sz w:val="24"/>
                <w:szCs w:val="24"/>
              </w:rPr>
              <w:t xml:space="preserve"> al </w:t>
            </w:r>
            <w:proofErr w:type="spellStart"/>
            <w:r w:rsidRPr="007D1D39">
              <w:rPr>
                <w:rFonts w:ascii="Times New Roman" w:hAnsi="Times New Roman" w:cs="Times New Roman"/>
                <w:sz w:val="24"/>
                <w:szCs w:val="24"/>
              </w:rPr>
              <w:t>conocimiento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valoración</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cuidado</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este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importante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patrimonio</w:t>
            </w:r>
            <w:proofErr w:type="spellEnd"/>
            <w:r w:rsidRPr="007D1D39">
              <w:rPr>
                <w:rFonts w:ascii="Times New Roman" w:hAnsi="Times New Roman" w:cs="Times New Roman"/>
                <w:sz w:val="24"/>
                <w:szCs w:val="24"/>
              </w:rPr>
              <w:t xml:space="preserve"> natural. A </w:t>
            </w:r>
            <w:proofErr w:type="spellStart"/>
            <w:r w:rsidRPr="007D1D39">
              <w:rPr>
                <w:rFonts w:ascii="Times New Roman" w:hAnsi="Times New Roman" w:cs="Times New Roman"/>
                <w:sz w:val="24"/>
                <w:szCs w:val="24"/>
              </w:rPr>
              <w:t>través</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una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historia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cercana</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educativa</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obra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busca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rescatar</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biodiversidad</w:t>
            </w:r>
            <w:proofErr w:type="spellEnd"/>
            <w:r w:rsidRPr="007D1D39">
              <w:rPr>
                <w:rFonts w:ascii="Times New Roman" w:hAnsi="Times New Roman" w:cs="Times New Roman"/>
                <w:sz w:val="24"/>
                <w:szCs w:val="24"/>
              </w:rPr>
              <w:t xml:space="preserve"> del </w:t>
            </w:r>
            <w:proofErr w:type="spellStart"/>
            <w:r w:rsidRPr="007D1D39">
              <w:rPr>
                <w:rFonts w:ascii="Times New Roman" w:hAnsi="Times New Roman" w:cs="Times New Roman"/>
                <w:sz w:val="24"/>
                <w:szCs w:val="24"/>
              </w:rPr>
              <w:t>parque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visibilizar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algunas</w:t>
            </w:r>
            <w:proofErr w:type="spellEnd"/>
            <w:r w:rsidRPr="007D1D39">
              <w:rPr>
                <w:rFonts w:ascii="Times New Roman" w:hAnsi="Times New Roman" w:cs="Times New Roman"/>
                <w:sz w:val="24"/>
                <w:szCs w:val="24"/>
              </w:rPr>
              <w:t xml:space="preserve"> de sus </w:t>
            </w:r>
            <w:proofErr w:type="spellStart"/>
            <w:r w:rsidRPr="007D1D39">
              <w:rPr>
                <w:rFonts w:ascii="Times New Roman" w:hAnsi="Times New Roman" w:cs="Times New Roman"/>
                <w:sz w:val="24"/>
                <w:szCs w:val="24"/>
              </w:rPr>
              <w:t>especies</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despertar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desde</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infancia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compromiso</w:t>
            </w:r>
            <w:proofErr w:type="spellEnd"/>
            <w:r w:rsidRPr="007D1D39">
              <w:rPr>
                <w:rFonts w:ascii="Times New Roman" w:hAnsi="Times New Roman" w:cs="Times New Roman"/>
                <w:sz w:val="24"/>
                <w:szCs w:val="24"/>
              </w:rPr>
              <w:t xml:space="preserve"> con </w:t>
            </w:r>
            <w:proofErr w:type="spellStart"/>
            <w:r w:rsidRPr="007D1D39">
              <w:rPr>
                <w:rFonts w:ascii="Times New Roman" w:hAnsi="Times New Roman" w:cs="Times New Roman"/>
                <w:sz w:val="24"/>
                <w:szCs w:val="24"/>
              </w:rPr>
              <w:t>su</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protección</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conservación</w:t>
            </w:r>
            <w:proofErr w:type="spellEnd"/>
            <w:r w:rsidRPr="007D1D39">
              <w:rPr>
                <w:rFonts w:ascii="Times New Roman" w:hAnsi="Times New Roman" w:cs="Times New Roman"/>
                <w:sz w:val="24"/>
                <w:szCs w:val="24"/>
              </w:rPr>
              <w:t>.</w:t>
            </w:r>
          </w:p>
          <w:p w14:paraId="6935D624" w14:textId="4DC45578" w:rsidR="00761D21" w:rsidRPr="007D1D39" w:rsidRDefault="00FE4AF7" w:rsidP="00FE4AF7">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Su </w:t>
            </w:r>
            <w:proofErr w:type="spellStart"/>
            <w:r w:rsidRPr="007D1D39">
              <w:rPr>
                <w:rFonts w:ascii="Times New Roman" w:hAnsi="Times New Roman" w:cs="Times New Roman"/>
                <w:sz w:val="24"/>
                <w:szCs w:val="24"/>
              </w:rPr>
              <w:t>trabajo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literario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nace</w:t>
            </w:r>
            <w:proofErr w:type="spellEnd"/>
            <w:r w:rsidRPr="007D1D39">
              <w:rPr>
                <w:rFonts w:ascii="Times New Roman" w:hAnsi="Times New Roman" w:cs="Times New Roman"/>
                <w:sz w:val="24"/>
                <w:szCs w:val="24"/>
              </w:rPr>
              <w:t xml:space="preserve"> de un profundo </w:t>
            </w:r>
            <w:proofErr w:type="spellStart"/>
            <w:r w:rsidRPr="007D1D39">
              <w:rPr>
                <w:rFonts w:ascii="Times New Roman" w:hAnsi="Times New Roman" w:cs="Times New Roman"/>
                <w:sz w:val="24"/>
                <w:szCs w:val="24"/>
              </w:rPr>
              <w:t>compromiso</w:t>
            </w:r>
            <w:proofErr w:type="spellEnd"/>
            <w:r w:rsidRPr="007D1D39">
              <w:rPr>
                <w:rFonts w:ascii="Times New Roman" w:hAnsi="Times New Roman" w:cs="Times New Roman"/>
                <w:sz w:val="24"/>
                <w:szCs w:val="24"/>
              </w:rPr>
              <w:t xml:space="preserve"> con la </w:t>
            </w:r>
            <w:proofErr w:type="spellStart"/>
            <w:r w:rsidRPr="007D1D39">
              <w:rPr>
                <w:rFonts w:ascii="Times New Roman" w:hAnsi="Times New Roman" w:cs="Times New Roman"/>
                <w:sz w:val="24"/>
                <w:szCs w:val="24"/>
              </w:rPr>
              <w:t>educación</w:t>
            </w:r>
            <w:proofErr w:type="spellEnd"/>
            <w:r w:rsidRPr="007D1D39">
              <w:rPr>
                <w:rFonts w:ascii="Times New Roman" w:hAnsi="Times New Roman" w:cs="Times New Roman"/>
                <w:sz w:val="24"/>
                <w:szCs w:val="24"/>
              </w:rPr>
              <w:t xml:space="preserve"> y la </w:t>
            </w:r>
            <w:proofErr w:type="spellStart"/>
            <w:r w:rsidRPr="007D1D39">
              <w:rPr>
                <w:rFonts w:ascii="Times New Roman" w:hAnsi="Times New Roman" w:cs="Times New Roman"/>
                <w:sz w:val="24"/>
                <w:szCs w:val="24"/>
              </w:rPr>
              <w:t>conciencia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ambiental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entrelazando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literatura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territorio</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naturaleza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relatos</w:t>
            </w:r>
            <w:proofErr w:type="spellEnd"/>
            <w:r w:rsidRPr="007D1D39">
              <w:rPr>
                <w:rFonts w:ascii="Times New Roman" w:hAnsi="Times New Roman" w:cs="Times New Roman"/>
                <w:sz w:val="24"/>
                <w:szCs w:val="24"/>
              </w:rPr>
              <w:t xml:space="preserve"> que </w:t>
            </w:r>
            <w:proofErr w:type="spellStart"/>
            <w:r w:rsidRPr="007D1D39">
              <w:rPr>
                <w:rFonts w:ascii="Times New Roman" w:hAnsi="Times New Roman" w:cs="Times New Roman"/>
                <w:sz w:val="24"/>
                <w:szCs w:val="24"/>
              </w:rPr>
              <w:t>invitan</w:t>
            </w:r>
            <w:proofErr w:type="spellEnd"/>
            <w:r w:rsidRPr="007D1D39">
              <w:rPr>
                <w:rFonts w:ascii="Times New Roman" w:hAnsi="Times New Roman" w:cs="Times New Roman"/>
                <w:sz w:val="24"/>
                <w:szCs w:val="24"/>
              </w:rPr>
              <w:t xml:space="preserve"> a </w:t>
            </w:r>
            <w:proofErr w:type="spellStart"/>
            <w:r w:rsidRPr="007D1D39">
              <w:rPr>
                <w:rFonts w:ascii="Times New Roman" w:hAnsi="Times New Roman" w:cs="Times New Roman"/>
                <w:sz w:val="24"/>
                <w:szCs w:val="24"/>
              </w:rPr>
              <w:t>mirar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entorno</w:t>
            </w:r>
            <w:proofErr w:type="spellEnd"/>
            <w:r w:rsidRPr="007D1D39">
              <w:rPr>
                <w:rFonts w:ascii="Times New Roman" w:hAnsi="Times New Roman" w:cs="Times New Roman"/>
                <w:sz w:val="24"/>
                <w:szCs w:val="24"/>
              </w:rPr>
              <w:t xml:space="preserve"> con mayor </w:t>
            </w:r>
            <w:proofErr w:type="spellStart"/>
            <w:r w:rsidRPr="007D1D39">
              <w:rPr>
                <w:rFonts w:ascii="Times New Roman" w:hAnsi="Times New Roman" w:cs="Times New Roman"/>
                <w:sz w:val="24"/>
                <w:szCs w:val="24"/>
              </w:rPr>
              <w:t>sensibilidad</w:t>
            </w:r>
            <w:proofErr w:type="spellEnd"/>
            <w:r w:rsidRPr="007D1D39">
              <w:rPr>
                <w:rFonts w:ascii="Times New Roman" w:hAnsi="Times New Roman" w:cs="Times New Roman"/>
                <w:sz w:val="24"/>
                <w:szCs w:val="24"/>
              </w:rPr>
              <w:t xml:space="preserve">. A </w:t>
            </w:r>
            <w:proofErr w:type="spellStart"/>
            <w:r w:rsidRPr="007D1D39">
              <w:rPr>
                <w:rFonts w:ascii="Times New Roman" w:hAnsi="Times New Roman" w:cs="Times New Roman"/>
                <w:sz w:val="24"/>
                <w:szCs w:val="24"/>
              </w:rPr>
              <w:t>través</w:t>
            </w:r>
            <w:proofErr w:type="spellEnd"/>
            <w:r w:rsidRPr="007D1D39">
              <w:rPr>
                <w:rFonts w:ascii="Times New Roman" w:hAnsi="Times New Roman" w:cs="Times New Roman"/>
                <w:sz w:val="24"/>
                <w:szCs w:val="24"/>
              </w:rPr>
              <w:t xml:space="preserve"> de sus </w:t>
            </w:r>
            <w:proofErr w:type="spellStart"/>
            <w:r w:rsidRPr="007D1D39">
              <w:rPr>
                <w:rFonts w:ascii="Times New Roman" w:hAnsi="Times New Roman" w:cs="Times New Roman"/>
                <w:sz w:val="24"/>
                <w:szCs w:val="24"/>
              </w:rPr>
              <w:lastRenderedPageBreak/>
              <w:t>historias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busca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despertar</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curiosidad</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empatía</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respeto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por</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vida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todas</w:t>
            </w:r>
            <w:proofErr w:type="spellEnd"/>
            <w:r w:rsidRPr="007D1D39">
              <w:rPr>
                <w:rFonts w:ascii="Times New Roman" w:hAnsi="Times New Roman" w:cs="Times New Roman"/>
                <w:sz w:val="24"/>
                <w:szCs w:val="24"/>
              </w:rPr>
              <w:t xml:space="preserve"> sus </w:t>
            </w:r>
            <w:proofErr w:type="spellStart"/>
            <w:r w:rsidRPr="007D1D39">
              <w:rPr>
                <w:rFonts w:ascii="Times New Roman" w:hAnsi="Times New Roman" w:cs="Times New Roman"/>
                <w:sz w:val="24"/>
                <w:szCs w:val="24"/>
              </w:rPr>
              <w:t>formas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sembrando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especialmente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las </w:t>
            </w:r>
            <w:proofErr w:type="spellStart"/>
            <w:r w:rsidRPr="007D1D39">
              <w:rPr>
                <w:rFonts w:ascii="Times New Roman" w:hAnsi="Times New Roman" w:cs="Times New Roman"/>
                <w:sz w:val="24"/>
                <w:szCs w:val="24"/>
              </w:rPr>
              <w:t>nuevas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generaciones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deseo</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conocer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valorar</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proteger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patrimonio</w:t>
            </w:r>
            <w:proofErr w:type="spellEnd"/>
            <w:r w:rsidRPr="007D1D39">
              <w:rPr>
                <w:rFonts w:ascii="Times New Roman" w:hAnsi="Times New Roman" w:cs="Times New Roman"/>
                <w:sz w:val="24"/>
                <w:szCs w:val="24"/>
              </w:rPr>
              <w:t xml:space="preserve"> natural que forma </w:t>
            </w:r>
            <w:proofErr w:type="spellStart"/>
            <w:r w:rsidRPr="007D1D39">
              <w:rPr>
                <w:rFonts w:ascii="Times New Roman" w:hAnsi="Times New Roman" w:cs="Times New Roman"/>
                <w:sz w:val="24"/>
                <w:szCs w:val="24"/>
              </w:rPr>
              <w:t>parte</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su</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identidad</w:t>
            </w:r>
            <w:proofErr w:type="spellEnd"/>
          </w:p>
        </w:tc>
      </w:tr>
    </w:tbl>
    <w:p w14:paraId="1CBA5EFB" w14:textId="77777777" w:rsidR="00761D21" w:rsidRPr="007D1D39" w:rsidRDefault="00761D21" w:rsidP="00281D6B">
      <w:pPr>
        <w:jc w:val="both"/>
        <w:rPr>
          <w:rFonts w:ascii="Times New Roman" w:hAnsi="Times New Roman" w:cs="Times New Roman"/>
          <w:b/>
          <w:bCs/>
          <w:sz w:val="28"/>
          <w:szCs w:val="28"/>
        </w:rPr>
      </w:pPr>
    </w:p>
    <w:p w14:paraId="00CEFDA4" w14:textId="77777777" w:rsidR="00BC3AE8" w:rsidRPr="007D1D39" w:rsidRDefault="00BC3AE8" w:rsidP="00281D6B">
      <w:pPr>
        <w:jc w:val="both"/>
        <w:rPr>
          <w:rFonts w:ascii="Times New Roman" w:hAnsi="Times New Roman" w:cs="Times New Roman"/>
          <w:b/>
          <w:bCs/>
          <w:sz w:val="28"/>
          <w:szCs w:val="28"/>
        </w:rPr>
      </w:pPr>
    </w:p>
    <w:tbl>
      <w:tblPr>
        <w:tblStyle w:val="Tablaconcuadrcula"/>
        <w:tblW w:w="0" w:type="auto"/>
        <w:tblLook w:val="04A0" w:firstRow="1" w:lastRow="0" w:firstColumn="1" w:lastColumn="0" w:noHBand="0" w:noVBand="1"/>
      </w:tblPr>
      <w:tblGrid>
        <w:gridCol w:w="4754"/>
        <w:gridCol w:w="4754"/>
      </w:tblGrid>
      <w:tr w:rsidR="00BC3AE8" w:rsidRPr="007D1D39" w14:paraId="367A4553" w14:textId="77777777" w:rsidTr="00BC3AE8">
        <w:tc>
          <w:tcPr>
            <w:tcW w:w="4754" w:type="dxa"/>
            <w:vAlign w:val="center"/>
          </w:tcPr>
          <w:p w14:paraId="605C4A71" w14:textId="77777777" w:rsidR="00BC3AE8" w:rsidRPr="007D1D39" w:rsidRDefault="00BC3AE8" w:rsidP="00BC3AE8">
            <w:pPr>
              <w:jc w:val="center"/>
              <w:rPr>
                <w:rFonts w:ascii="Times New Roman" w:hAnsi="Times New Roman" w:cs="Times New Roman"/>
                <w:b/>
                <w:bCs/>
                <w:sz w:val="28"/>
                <w:szCs w:val="28"/>
              </w:rPr>
            </w:pPr>
            <w:r w:rsidRPr="007D1D39">
              <w:rPr>
                <w:rFonts w:ascii="Times New Roman" w:hAnsi="Times New Roman" w:cs="Times New Roman"/>
                <w:b/>
                <w:bCs/>
                <w:sz w:val="28"/>
                <w:szCs w:val="28"/>
              </w:rPr>
              <w:t>Carlos Aburto Muñoz</w:t>
            </w:r>
          </w:p>
          <w:p w14:paraId="6BD2C469" w14:textId="44FFF94D" w:rsidR="00BC3AE8" w:rsidRPr="007D1D39" w:rsidRDefault="00BC3AE8" w:rsidP="00BC3AE8">
            <w:pPr>
              <w:jc w:val="center"/>
              <w:rPr>
                <w:rFonts w:ascii="Times New Roman" w:hAnsi="Times New Roman" w:cs="Times New Roman"/>
                <w:b/>
                <w:bCs/>
                <w:sz w:val="28"/>
                <w:szCs w:val="28"/>
              </w:rPr>
            </w:pPr>
            <w:r w:rsidRPr="007D1D39">
              <w:rPr>
                <w:rFonts w:ascii="Times New Roman" w:hAnsi="Times New Roman" w:cs="Times New Roman"/>
                <w:b/>
                <w:bCs/>
                <w:noProof/>
                <w:sz w:val="28"/>
                <w:szCs w:val="28"/>
              </w:rPr>
              <w:drawing>
                <wp:anchor distT="0" distB="0" distL="114300" distR="114300" simplePos="0" relativeHeight="251660288" behindDoc="1" locked="0" layoutInCell="1" allowOverlap="1" wp14:anchorId="63F0A5AB" wp14:editId="742D4128">
                  <wp:simplePos x="0" y="0"/>
                  <wp:positionH relativeFrom="margin">
                    <wp:posOffset>294640</wp:posOffset>
                  </wp:positionH>
                  <wp:positionV relativeFrom="paragraph">
                    <wp:posOffset>184785</wp:posOffset>
                  </wp:positionV>
                  <wp:extent cx="2385060" cy="2385060"/>
                  <wp:effectExtent l="0" t="0" r="0" b="0"/>
                  <wp:wrapNone/>
                  <wp:docPr id="6847707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5060" cy="2385060"/>
                          </a:xfrm>
                          <a:prstGeom prst="rect">
                            <a:avLst/>
                          </a:prstGeom>
                          <a:noFill/>
                        </pic:spPr>
                      </pic:pic>
                    </a:graphicData>
                  </a:graphic>
                  <wp14:sizeRelH relativeFrom="margin">
                    <wp14:pctWidth>0</wp14:pctWidth>
                  </wp14:sizeRelH>
                  <wp14:sizeRelV relativeFrom="margin">
                    <wp14:pctHeight>0</wp14:pctHeight>
                  </wp14:sizeRelV>
                </wp:anchor>
              </w:drawing>
            </w:r>
          </w:p>
        </w:tc>
        <w:tc>
          <w:tcPr>
            <w:tcW w:w="4754" w:type="dxa"/>
          </w:tcPr>
          <w:p w14:paraId="4EF5AF76" w14:textId="2DCF42DB" w:rsidR="00BC3AE8" w:rsidRPr="007D1D39" w:rsidRDefault="00BC3AE8" w:rsidP="00BC3AE8">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Carlos Enrique Aburto Muñoz (Los </w:t>
            </w:r>
            <w:proofErr w:type="spellStart"/>
            <w:r w:rsidRPr="007D1D39">
              <w:rPr>
                <w:rFonts w:ascii="Times New Roman" w:hAnsi="Times New Roman" w:cs="Times New Roman"/>
                <w:sz w:val="24"/>
                <w:szCs w:val="24"/>
              </w:rPr>
              <w:t>Muermos</w:t>
            </w:r>
            <w:proofErr w:type="spellEnd"/>
            <w:r w:rsidRPr="007D1D39">
              <w:rPr>
                <w:rFonts w:ascii="Times New Roman" w:hAnsi="Times New Roman" w:cs="Times New Roman"/>
                <w:sz w:val="24"/>
                <w:szCs w:val="24"/>
              </w:rPr>
              <w:t xml:space="preserve">, 1962) es </w:t>
            </w:r>
            <w:proofErr w:type="spellStart"/>
            <w:r w:rsidRPr="007D1D39">
              <w:rPr>
                <w:rFonts w:ascii="Times New Roman" w:hAnsi="Times New Roman" w:cs="Times New Roman"/>
                <w:sz w:val="24"/>
                <w:szCs w:val="24"/>
              </w:rPr>
              <w:t>profesor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básico</w:t>
            </w:r>
            <w:proofErr w:type="spellEnd"/>
            <w:r w:rsidRPr="007D1D39">
              <w:rPr>
                <w:rFonts w:ascii="Times New Roman" w:hAnsi="Times New Roman" w:cs="Times New Roman"/>
                <w:sz w:val="24"/>
                <w:szCs w:val="24"/>
              </w:rPr>
              <w:t xml:space="preserve"> con </w:t>
            </w:r>
            <w:proofErr w:type="spellStart"/>
            <w:r w:rsidRPr="007D1D39">
              <w:rPr>
                <w:rFonts w:ascii="Times New Roman" w:hAnsi="Times New Roman" w:cs="Times New Roman"/>
                <w:sz w:val="24"/>
                <w:szCs w:val="24"/>
              </w:rPr>
              <w:t>especialidad</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Lenguaje, </w:t>
            </w:r>
            <w:proofErr w:type="spellStart"/>
            <w:r w:rsidRPr="007D1D39">
              <w:rPr>
                <w:rFonts w:ascii="Times New Roman" w:hAnsi="Times New Roman" w:cs="Times New Roman"/>
                <w:sz w:val="24"/>
                <w:szCs w:val="24"/>
              </w:rPr>
              <w:t>titulado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Universidad Austral de Chile. </w:t>
            </w:r>
            <w:proofErr w:type="spellStart"/>
            <w:r w:rsidRPr="007D1D39">
              <w:rPr>
                <w:rFonts w:ascii="Times New Roman" w:hAnsi="Times New Roman" w:cs="Times New Roman"/>
                <w:sz w:val="24"/>
                <w:szCs w:val="24"/>
              </w:rPr>
              <w:t>Realizó</w:t>
            </w:r>
            <w:proofErr w:type="spellEnd"/>
            <w:r w:rsidRPr="007D1D39">
              <w:rPr>
                <w:rFonts w:ascii="Times New Roman" w:hAnsi="Times New Roman" w:cs="Times New Roman"/>
                <w:sz w:val="24"/>
                <w:szCs w:val="24"/>
              </w:rPr>
              <w:t xml:space="preserve"> un </w:t>
            </w:r>
            <w:proofErr w:type="spellStart"/>
            <w:r w:rsidRPr="007D1D39">
              <w:rPr>
                <w:rFonts w:ascii="Times New Roman" w:hAnsi="Times New Roman" w:cs="Times New Roman"/>
                <w:sz w:val="24"/>
                <w:szCs w:val="24"/>
              </w:rPr>
              <w:t>Máster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Estudios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Avanzados</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Literatura</w:t>
            </w:r>
            <w:proofErr w:type="spellEnd"/>
            <w:r w:rsidRPr="007D1D39">
              <w:rPr>
                <w:rFonts w:ascii="Times New Roman" w:hAnsi="Times New Roman" w:cs="Times New Roman"/>
                <w:sz w:val="24"/>
                <w:szCs w:val="24"/>
              </w:rPr>
              <w:t xml:space="preserve"> Española e </w:t>
            </w:r>
            <w:proofErr w:type="spellStart"/>
            <w:r w:rsidRPr="007D1D39">
              <w:rPr>
                <w:rFonts w:ascii="Times New Roman" w:hAnsi="Times New Roman" w:cs="Times New Roman"/>
                <w:sz w:val="24"/>
                <w:szCs w:val="24"/>
              </w:rPr>
              <w:t>Hispanoamericana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Universidad de Barcelona (2020–2021).</w:t>
            </w:r>
          </w:p>
          <w:p w14:paraId="6F971FC7" w14:textId="239504CD" w:rsidR="00BC3AE8" w:rsidRPr="007D1D39" w:rsidRDefault="00BC3AE8" w:rsidP="00BC3AE8">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Ha </w:t>
            </w:r>
            <w:proofErr w:type="spellStart"/>
            <w:r w:rsidRPr="007D1D39">
              <w:rPr>
                <w:rFonts w:ascii="Times New Roman" w:hAnsi="Times New Roman" w:cs="Times New Roman"/>
                <w:sz w:val="24"/>
                <w:szCs w:val="24"/>
              </w:rPr>
              <w:t>publicado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poesía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sitio </w:t>
            </w:r>
            <w:proofErr w:type="spellStart"/>
            <w:r w:rsidRPr="007D1D39">
              <w:rPr>
                <w:rFonts w:ascii="Times New Roman" w:hAnsi="Times New Roman" w:cs="Times New Roman"/>
                <w:sz w:val="24"/>
                <w:szCs w:val="24"/>
              </w:rPr>
              <w:t>Poemas</w:t>
            </w:r>
            <w:proofErr w:type="spellEnd"/>
            <w:r w:rsidRPr="007D1D39">
              <w:rPr>
                <w:rFonts w:ascii="Times New Roman" w:hAnsi="Times New Roman" w:cs="Times New Roman"/>
                <w:sz w:val="24"/>
                <w:szCs w:val="24"/>
              </w:rPr>
              <w:t xml:space="preserve"> del Alma </w:t>
            </w:r>
            <w:proofErr w:type="spellStart"/>
            <w:r w:rsidRPr="007D1D39">
              <w:rPr>
                <w:rFonts w:ascii="Times New Roman" w:hAnsi="Times New Roman" w:cs="Times New Roman"/>
                <w:sz w:val="24"/>
                <w:szCs w:val="24"/>
              </w:rPr>
              <w:t>desde</w:t>
            </w:r>
            <w:proofErr w:type="spellEnd"/>
            <w:r w:rsidRPr="007D1D39">
              <w:rPr>
                <w:rFonts w:ascii="Times New Roman" w:hAnsi="Times New Roman" w:cs="Times New Roman"/>
                <w:sz w:val="24"/>
                <w:szCs w:val="24"/>
              </w:rPr>
              <w:t xml:space="preserve"> 2010. Es </w:t>
            </w:r>
            <w:proofErr w:type="spellStart"/>
            <w:r w:rsidRPr="007D1D39">
              <w:rPr>
                <w:rFonts w:ascii="Times New Roman" w:hAnsi="Times New Roman" w:cs="Times New Roman"/>
                <w:sz w:val="24"/>
                <w:szCs w:val="24"/>
              </w:rPr>
              <w:t>autor</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novela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Aciaga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Relación</w:t>
            </w:r>
            <w:proofErr w:type="spellEnd"/>
            <w:r w:rsidRPr="007D1D39">
              <w:rPr>
                <w:rFonts w:ascii="Times New Roman" w:hAnsi="Times New Roman" w:cs="Times New Roman"/>
                <w:sz w:val="24"/>
                <w:szCs w:val="24"/>
              </w:rPr>
              <w:t xml:space="preserve">” (2022) y del </w:t>
            </w:r>
            <w:proofErr w:type="spellStart"/>
            <w:r w:rsidRPr="007D1D39">
              <w:rPr>
                <w:rFonts w:ascii="Times New Roman" w:hAnsi="Times New Roman" w:cs="Times New Roman"/>
                <w:sz w:val="24"/>
                <w:szCs w:val="24"/>
              </w:rPr>
              <w:t>poemario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Nocturnos</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otros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poemas</w:t>
            </w:r>
            <w:proofErr w:type="spellEnd"/>
            <w:r w:rsidRPr="007D1D39">
              <w:rPr>
                <w:rFonts w:ascii="Times New Roman" w:hAnsi="Times New Roman" w:cs="Times New Roman"/>
                <w:sz w:val="24"/>
                <w:szCs w:val="24"/>
              </w:rPr>
              <w:t xml:space="preserve"> de amor” (2024), ambos </w:t>
            </w:r>
            <w:proofErr w:type="spellStart"/>
            <w:r w:rsidRPr="007D1D39">
              <w:rPr>
                <w:rFonts w:ascii="Times New Roman" w:hAnsi="Times New Roman" w:cs="Times New Roman"/>
                <w:sz w:val="24"/>
                <w:szCs w:val="24"/>
              </w:rPr>
              <w:t>por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Aguja</w:t>
            </w:r>
            <w:proofErr w:type="spellEnd"/>
            <w:r w:rsidRPr="007D1D39">
              <w:rPr>
                <w:rFonts w:ascii="Times New Roman" w:hAnsi="Times New Roman" w:cs="Times New Roman"/>
                <w:sz w:val="24"/>
                <w:szCs w:val="24"/>
              </w:rPr>
              <w:t xml:space="preserve"> Literaria. Sus cuentos </w:t>
            </w:r>
            <w:proofErr w:type="spellStart"/>
            <w:r w:rsidRPr="007D1D39">
              <w:rPr>
                <w:rFonts w:ascii="Times New Roman" w:hAnsi="Times New Roman" w:cs="Times New Roman"/>
                <w:sz w:val="24"/>
                <w:szCs w:val="24"/>
              </w:rPr>
              <w:t>han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sido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incluidos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diversas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antologías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latinoamericanas</w:t>
            </w:r>
            <w:proofErr w:type="spellEnd"/>
            <w:r w:rsidRPr="007D1D39">
              <w:rPr>
                <w:rFonts w:ascii="Times New Roman" w:hAnsi="Times New Roman" w:cs="Times New Roman"/>
                <w:sz w:val="24"/>
                <w:szCs w:val="24"/>
              </w:rPr>
              <w:t xml:space="preserve"> de Factor </w:t>
            </w:r>
            <w:proofErr w:type="spellStart"/>
            <w:r w:rsidRPr="007D1D39">
              <w:rPr>
                <w:rFonts w:ascii="Times New Roman" w:hAnsi="Times New Roman" w:cs="Times New Roman"/>
                <w:sz w:val="24"/>
                <w:szCs w:val="24"/>
              </w:rPr>
              <w:t>Literario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destacando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títulos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como</w:t>
            </w:r>
            <w:proofErr w:type="spellEnd"/>
            <w:r w:rsidRPr="007D1D39">
              <w:rPr>
                <w:rFonts w:ascii="Times New Roman" w:hAnsi="Times New Roman" w:cs="Times New Roman"/>
                <w:sz w:val="24"/>
                <w:szCs w:val="24"/>
              </w:rPr>
              <w:t xml:space="preserve"> “El </w:t>
            </w:r>
            <w:proofErr w:type="spellStart"/>
            <w:r w:rsidRPr="007D1D39">
              <w:rPr>
                <w:rFonts w:ascii="Times New Roman" w:hAnsi="Times New Roman" w:cs="Times New Roman"/>
                <w:sz w:val="24"/>
                <w:szCs w:val="24"/>
              </w:rPr>
              <w:t>aprendiz</w:t>
            </w:r>
            <w:proofErr w:type="spellEnd"/>
            <w:r w:rsidRPr="007D1D39">
              <w:rPr>
                <w:rFonts w:ascii="Times New Roman" w:hAnsi="Times New Roman" w:cs="Times New Roman"/>
                <w:sz w:val="24"/>
                <w:szCs w:val="24"/>
              </w:rPr>
              <w:t xml:space="preserve"> de brujo”, “</w:t>
            </w:r>
            <w:proofErr w:type="spellStart"/>
            <w:r w:rsidRPr="007D1D39">
              <w:rPr>
                <w:rFonts w:ascii="Times New Roman" w:hAnsi="Times New Roman" w:cs="Times New Roman"/>
                <w:sz w:val="24"/>
                <w:szCs w:val="24"/>
              </w:rPr>
              <w:t>Jauría</w:t>
            </w:r>
            <w:proofErr w:type="spellEnd"/>
            <w:r w:rsidRPr="007D1D39">
              <w:rPr>
                <w:rFonts w:ascii="Times New Roman" w:hAnsi="Times New Roman" w:cs="Times New Roman"/>
                <w:sz w:val="24"/>
                <w:szCs w:val="24"/>
              </w:rPr>
              <w:t xml:space="preserve">” y “La </w:t>
            </w:r>
            <w:proofErr w:type="spellStart"/>
            <w:r w:rsidRPr="007D1D39">
              <w:rPr>
                <w:rFonts w:ascii="Times New Roman" w:hAnsi="Times New Roman" w:cs="Times New Roman"/>
                <w:sz w:val="24"/>
                <w:szCs w:val="24"/>
              </w:rPr>
              <w:t>llegada</w:t>
            </w:r>
            <w:proofErr w:type="spellEnd"/>
            <w:r w:rsidRPr="007D1D39">
              <w:rPr>
                <w:rFonts w:ascii="Times New Roman" w:hAnsi="Times New Roman" w:cs="Times New Roman"/>
                <w:sz w:val="24"/>
                <w:szCs w:val="24"/>
              </w:rPr>
              <w:t xml:space="preserve"> del </w:t>
            </w:r>
            <w:proofErr w:type="spellStart"/>
            <w:r w:rsidRPr="007D1D39">
              <w:rPr>
                <w:rFonts w:ascii="Times New Roman" w:hAnsi="Times New Roman" w:cs="Times New Roman"/>
                <w:sz w:val="24"/>
                <w:szCs w:val="24"/>
              </w:rPr>
              <w:t>tren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además</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una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reciente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recopilación</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catorce</w:t>
            </w:r>
            <w:proofErr w:type="spellEnd"/>
            <w:r w:rsidRPr="007D1D39">
              <w:rPr>
                <w:rFonts w:ascii="Times New Roman" w:hAnsi="Times New Roman" w:cs="Times New Roman"/>
                <w:sz w:val="24"/>
                <w:szCs w:val="24"/>
              </w:rPr>
              <w:t xml:space="preserve"> cuentos de terror, crimen y </w:t>
            </w:r>
            <w:proofErr w:type="spellStart"/>
            <w:r w:rsidRPr="007D1D39">
              <w:rPr>
                <w:rFonts w:ascii="Times New Roman" w:hAnsi="Times New Roman" w:cs="Times New Roman"/>
                <w:sz w:val="24"/>
                <w:szCs w:val="24"/>
              </w:rPr>
              <w:t>misterio</w:t>
            </w:r>
            <w:proofErr w:type="spellEnd"/>
            <w:r w:rsidRPr="007D1D39">
              <w:rPr>
                <w:rFonts w:ascii="Times New Roman" w:hAnsi="Times New Roman" w:cs="Times New Roman"/>
                <w:sz w:val="24"/>
                <w:szCs w:val="24"/>
              </w:rPr>
              <w:t>.</w:t>
            </w:r>
          </w:p>
          <w:p w14:paraId="0FC5E8A2" w14:textId="13AB0072" w:rsidR="00BC3AE8" w:rsidRPr="007D1D39" w:rsidRDefault="00BC3AE8" w:rsidP="00BC3AE8">
            <w:pPr>
              <w:spacing w:after="0" w:line="240" w:lineRule="auto"/>
              <w:jc w:val="both"/>
              <w:rPr>
                <w:rFonts w:ascii="Times New Roman" w:hAnsi="Times New Roman" w:cs="Times New Roman"/>
                <w:sz w:val="24"/>
                <w:szCs w:val="24"/>
              </w:rPr>
            </w:pPr>
            <w:proofErr w:type="spellStart"/>
            <w:r w:rsidRPr="007D1D39">
              <w:rPr>
                <w:rFonts w:ascii="Times New Roman" w:hAnsi="Times New Roman" w:cs="Times New Roman"/>
                <w:sz w:val="24"/>
                <w:szCs w:val="24"/>
              </w:rPr>
              <w:t>Actualmente</w:t>
            </w:r>
            <w:proofErr w:type="spellEnd"/>
            <w:r w:rsidRPr="007D1D39">
              <w:rPr>
                <w:rFonts w:ascii="Times New Roman" w:hAnsi="Times New Roman" w:cs="Times New Roman"/>
                <w:sz w:val="24"/>
                <w:szCs w:val="24"/>
              </w:rPr>
              <w:t xml:space="preserve"> se </w:t>
            </w:r>
            <w:proofErr w:type="spellStart"/>
            <w:r w:rsidRPr="007D1D39">
              <w:rPr>
                <w:rFonts w:ascii="Times New Roman" w:hAnsi="Times New Roman" w:cs="Times New Roman"/>
                <w:sz w:val="24"/>
                <w:szCs w:val="24"/>
              </w:rPr>
              <w:t>desempeña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como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profesor</w:t>
            </w:r>
            <w:proofErr w:type="spellEnd"/>
            <w:r w:rsidRPr="007D1D39">
              <w:rPr>
                <w:rFonts w:ascii="Times New Roman" w:hAnsi="Times New Roman" w:cs="Times New Roman"/>
                <w:sz w:val="24"/>
                <w:szCs w:val="24"/>
              </w:rPr>
              <w:t xml:space="preserve"> de Lenguaje y </w:t>
            </w:r>
            <w:proofErr w:type="spellStart"/>
            <w:r w:rsidRPr="007D1D39">
              <w:rPr>
                <w:rFonts w:ascii="Times New Roman" w:hAnsi="Times New Roman" w:cs="Times New Roman"/>
                <w:sz w:val="24"/>
                <w:szCs w:val="24"/>
              </w:rPr>
              <w:t>Literatura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Colegio Inglés Mabel </w:t>
            </w:r>
            <w:proofErr w:type="spellStart"/>
            <w:r w:rsidRPr="007D1D39">
              <w:rPr>
                <w:rFonts w:ascii="Times New Roman" w:hAnsi="Times New Roman" w:cs="Times New Roman"/>
                <w:sz w:val="24"/>
                <w:szCs w:val="24"/>
              </w:rPr>
              <w:t>Condemarín</w:t>
            </w:r>
            <w:proofErr w:type="spellEnd"/>
            <w:r w:rsidRPr="007D1D39">
              <w:rPr>
                <w:rFonts w:ascii="Times New Roman" w:hAnsi="Times New Roman" w:cs="Times New Roman"/>
                <w:sz w:val="24"/>
                <w:szCs w:val="24"/>
              </w:rPr>
              <w:t xml:space="preserve"> de Los </w:t>
            </w:r>
            <w:proofErr w:type="spellStart"/>
            <w:r w:rsidRPr="007D1D39">
              <w:rPr>
                <w:rFonts w:ascii="Times New Roman" w:hAnsi="Times New Roman" w:cs="Times New Roman"/>
                <w:sz w:val="24"/>
                <w:szCs w:val="24"/>
              </w:rPr>
              <w:t>Muermos</w:t>
            </w:r>
            <w:proofErr w:type="spellEnd"/>
            <w:r w:rsidRPr="007D1D39">
              <w:rPr>
                <w:rFonts w:ascii="Times New Roman" w:hAnsi="Times New Roman" w:cs="Times New Roman"/>
                <w:sz w:val="24"/>
                <w:szCs w:val="24"/>
              </w:rPr>
              <w:t>.</w:t>
            </w:r>
          </w:p>
        </w:tc>
      </w:tr>
    </w:tbl>
    <w:p w14:paraId="35466836" w14:textId="695034A1" w:rsidR="00BC3AE8" w:rsidRPr="007D1D39" w:rsidRDefault="00BC3AE8" w:rsidP="00281D6B">
      <w:pPr>
        <w:jc w:val="both"/>
        <w:rPr>
          <w:rFonts w:ascii="Times New Roman" w:hAnsi="Times New Roman" w:cs="Times New Roman"/>
          <w:b/>
          <w:bCs/>
          <w:sz w:val="28"/>
          <w:szCs w:val="28"/>
        </w:rPr>
      </w:pPr>
    </w:p>
    <w:p w14:paraId="61231A3C" w14:textId="77777777" w:rsidR="00BC3AE8" w:rsidRPr="007D1D39" w:rsidRDefault="00BC3AE8" w:rsidP="00281D6B">
      <w:pPr>
        <w:jc w:val="both"/>
        <w:rPr>
          <w:rFonts w:ascii="Times New Roman" w:hAnsi="Times New Roman" w:cs="Times New Roman"/>
          <w:b/>
          <w:bCs/>
          <w:sz w:val="28"/>
          <w:szCs w:val="28"/>
        </w:rPr>
      </w:pPr>
    </w:p>
    <w:p w14:paraId="1DDDEE6F" w14:textId="77777777" w:rsidR="00BC3AE8" w:rsidRPr="007D1D39" w:rsidRDefault="00BC3AE8" w:rsidP="00281D6B">
      <w:pPr>
        <w:jc w:val="both"/>
        <w:rPr>
          <w:rFonts w:ascii="Times New Roman" w:hAnsi="Times New Roman" w:cs="Times New Roman"/>
          <w:b/>
          <w:bCs/>
          <w:sz w:val="28"/>
          <w:szCs w:val="28"/>
        </w:rPr>
      </w:pPr>
    </w:p>
    <w:p w14:paraId="3094C48C" w14:textId="77777777" w:rsidR="00BC3AE8" w:rsidRPr="007D1D39" w:rsidRDefault="00BC3AE8" w:rsidP="00281D6B">
      <w:pPr>
        <w:jc w:val="both"/>
        <w:rPr>
          <w:rFonts w:ascii="Times New Roman" w:hAnsi="Times New Roman" w:cs="Times New Roman"/>
          <w:b/>
          <w:bCs/>
          <w:sz w:val="28"/>
          <w:szCs w:val="28"/>
        </w:rPr>
      </w:pPr>
    </w:p>
    <w:p w14:paraId="2F0D07FD" w14:textId="77777777" w:rsidR="00BC3AE8" w:rsidRPr="007D1D39" w:rsidRDefault="00BC3AE8" w:rsidP="00281D6B">
      <w:pPr>
        <w:jc w:val="both"/>
        <w:rPr>
          <w:rFonts w:ascii="Times New Roman" w:hAnsi="Times New Roman" w:cs="Times New Roman"/>
          <w:b/>
          <w:bCs/>
          <w:sz w:val="28"/>
          <w:szCs w:val="28"/>
        </w:rPr>
      </w:pPr>
    </w:p>
    <w:p w14:paraId="4BF52450" w14:textId="77777777" w:rsidR="00BC3AE8" w:rsidRPr="007D1D39" w:rsidRDefault="00BC3AE8" w:rsidP="00281D6B">
      <w:pPr>
        <w:jc w:val="both"/>
        <w:rPr>
          <w:rFonts w:ascii="Times New Roman" w:hAnsi="Times New Roman" w:cs="Times New Roman"/>
          <w:b/>
          <w:bCs/>
          <w:sz w:val="28"/>
          <w:szCs w:val="28"/>
        </w:rPr>
      </w:pPr>
    </w:p>
    <w:p w14:paraId="1E095176" w14:textId="77777777" w:rsidR="00BC3AE8" w:rsidRPr="007D1D39" w:rsidRDefault="00BC3AE8" w:rsidP="00281D6B">
      <w:pPr>
        <w:jc w:val="both"/>
        <w:rPr>
          <w:rFonts w:ascii="Times New Roman" w:hAnsi="Times New Roman" w:cs="Times New Roman"/>
          <w:b/>
          <w:bCs/>
          <w:sz w:val="28"/>
          <w:szCs w:val="28"/>
        </w:rPr>
      </w:pPr>
    </w:p>
    <w:p w14:paraId="61DD9A50" w14:textId="77777777" w:rsidR="00BC3AE8" w:rsidRPr="007D1D39" w:rsidRDefault="00BC3AE8" w:rsidP="00281D6B">
      <w:pPr>
        <w:jc w:val="both"/>
        <w:rPr>
          <w:rFonts w:ascii="Times New Roman" w:hAnsi="Times New Roman" w:cs="Times New Roman"/>
          <w:b/>
          <w:bCs/>
          <w:sz w:val="28"/>
          <w:szCs w:val="28"/>
        </w:rPr>
      </w:pPr>
    </w:p>
    <w:p w14:paraId="7DC553C3" w14:textId="77777777" w:rsidR="00BC3AE8" w:rsidRPr="007D1D39" w:rsidRDefault="00BC3AE8" w:rsidP="00281D6B">
      <w:pPr>
        <w:jc w:val="both"/>
        <w:rPr>
          <w:rFonts w:ascii="Times New Roman" w:hAnsi="Times New Roman" w:cs="Times New Roman"/>
          <w:b/>
          <w:bCs/>
          <w:sz w:val="28"/>
          <w:szCs w:val="28"/>
        </w:rPr>
      </w:pPr>
    </w:p>
    <w:p w14:paraId="1A66686E" w14:textId="77777777" w:rsidR="00BC3AE8" w:rsidRPr="007D1D39" w:rsidRDefault="00BC3AE8" w:rsidP="00281D6B">
      <w:pPr>
        <w:jc w:val="both"/>
        <w:rPr>
          <w:rFonts w:ascii="Times New Roman" w:hAnsi="Times New Roman" w:cs="Times New Roman"/>
          <w:b/>
          <w:bCs/>
          <w:sz w:val="28"/>
          <w:szCs w:val="28"/>
        </w:rPr>
      </w:pPr>
    </w:p>
    <w:p w14:paraId="3A25CFBA" w14:textId="77777777" w:rsidR="00BC3AE8" w:rsidRPr="007D1D39" w:rsidRDefault="00BC3AE8" w:rsidP="00281D6B">
      <w:pPr>
        <w:jc w:val="both"/>
        <w:rPr>
          <w:rFonts w:ascii="Times New Roman" w:hAnsi="Times New Roman" w:cs="Times New Roman"/>
          <w:b/>
          <w:bCs/>
          <w:sz w:val="28"/>
          <w:szCs w:val="28"/>
        </w:rPr>
      </w:pPr>
    </w:p>
    <w:p w14:paraId="0550BBCC" w14:textId="77777777" w:rsidR="00BC3AE8" w:rsidRPr="007D1D39" w:rsidRDefault="00BC3AE8" w:rsidP="00281D6B">
      <w:pPr>
        <w:jc w:val="both"/>
        <w:rPr>
          <w:rFonts w:ascii="Times New Roman" w:hAnsi="Times New Roman" w:cs="Times New Roman"/>
          <w:b/>
          <w:bCs/>
          <w:sz w:val="28"/>
          <w:szCs w:val="28"/>
        </w:rPr>
      </w:pPr>
    </w:p>
    <w:p w14:paraId="31155578" w14:textId="77777777" w:rsidR="00BC3AE8" w:rsidRPr="007D1D39" w:rsidRDefault="00BC3AE8" w:rsidP="00281D6B">
      <w:pPr>
        <w:jc w:val="both"/>
        <w:rPr>
          <w:rFonts w:ascii="Times New Roman" w:hAnsi="Times New Roman" w:cs="Times New Roman"/>
          <w:b/>
          <w:bCs/>
          <w:sz w:val="28"/>
          <w:szCs w:val="28"/>
        </w:rPr>
      </w:pPr>
    </w:p>
    <w:p w14:paraId="39F19A38" w14:textId="77777777" w:rsidR="00BC3AE8" w:rsidRPr="007D1D39" w:rsidRDefault="00BC3AE8" w:rsidP="00281D6B">
      <w:pPr>
        <w:jc w:val="both"/>
        <w:rPr>
          <w:rFonts w:ascii="Times New Roman" w:hAnsi="Times New Roman" w:cs="Times New Roman"/>
          <w:b/>
          <w:bCs/>
          <w:sz w:val="28"/>
          <w:szCs w:val="28"/>
        </w:rPr>
      </w:pPr>
    </w:p>
    <w:p w14:paraId="58EB14B5" w14:textId="77777777" w:rsidR="00BC3AE8" w:rsidRPr="007D1D39" w:rsidRDefault="00BC3AE8" w:rsidP="00281D6B">
      <w:pPr>
        <w:jc w:val="both"/>
        <w:rPr>
          <w:rFonts w:ascii="Times New Roman" w:hAnsi="Times New Roman" w:cs="Times New Roman"/>
          <w:b/>
          <w:bCs/>
          <w:sz w:val="28"/>
          <w:szCs w:val="28"/>
        </w:rPr>
      </w:pPr>
    </w:p>
    <w:p w14:paraId="330115DD" w14:textId="0BA6F4E0" w:rsidR="00BC3AE8" w:rsidRPr="007D1D39" w:rsidRDefault="00BC3AE8" w:rsidP="00281D6B">
      <w:pPr>
        <w:jc w:val="both"/>
        <w:rPr>
          <w:rFonts w:ascii="Times New Roman" w:hAnsi="Times New Roman" w:cs="Times New Roman"/>
          <w:b/>
          <w:bCs/>
          <w:sz w:val="28"/>
          <w:szCs w:val="28"/>
        </w:rPr>
      </w:pPr>
      <w:r w:rsidRPr="007D1D39">
        <w:rPr>
          <w:rFonts w:ascii="Times New Roman" w:hAnsi="Times New Roman" w:cs="Times New Roman"/>
          <w:b/>
          <w:bCs/>
          <w:sz w:val="28"/>
          <w:szCs w:val="28"/>
        </w:rPr>
        <w:t>POESÍA</w:t>
      </w:r>
    </w:p>
    <w:tbl>
      <w:tblPr>
        <w:tblStyle w:val="Tablaconcuadrcula"/>
        <w:tblW w:w="0" w:type="auto"/>
        <w:tblLook w:val="04A0" w:firstRow="1" w:lastRow="0" w:firstColumn="1" w:lastColumn="0" w:noHBand="0" w:noVBand="1"/>
      </w:tblPr>
      <w:tblGrid>
        <w:gridCol w:w="4754"/>
        <w:gridCol w:w="4754"/>
      </w:tblGrid>
      <w:tr w:rsidR="00BC3AE8" w:rsidRPr="007D1D39" w14:paraId="466821DE" w14:textId="77777777" w:rsidTr="00037448">
        <w:tc>
          <w:tcPr>
            <w:tcW w:w="4754" w:type="dxa"/>
            <w:vAlign w:val="center"/>
          </w:tcPr>
          <w:p w14:paraId="4C535239" w14:textId="4066B0EA" w:rsidR="00BC3AE8" w:rsidRPr="007D1D39" w:rsidRDefault="00037448" w:rsidP="00BC3AE8">
            <w:pPr>
              <w:jc w:val="center"/>
              <w:rPr>
                <w:rFonts w:ascii="Times New Roman" w:hAnsi="Times New Roman" w:cs="Times New Roman"/>
                <w:b/>
                <w:bCs/>
                <w:sz w:val="28"/>
                <w:szCs w:val="28"/>
              </w:rPr>
            </w:pPr>
            <w:r w:rsidRPr="007D1D39">
              <w:rPr>
                <w:rFonts w:ascii="Times New Roman" w:hAnsi="Times New Roman" w:cs="Times New Roman"/>
                <w:b/>
                <w:bCs/>
                <w:noProof/>
                <w:sz w:val="28"/>
                <w:szCs w:val="28"/>
              </w:rPr>
              <w:drawing>
                <wp:anchor distT="0" distB="0" distL="114300" distR="114300" simplePos="0" relativeHeight="251661312" behindDoc="1" locked="0" layoutInCell="1" allowOverlap="1" wp14:anchorId="6FD7F908" wp14:editId="4D82C60E">
                  <wp:simplePos x="0" y="0"/>
                  <wp:positionH relativeFrom="column">
                    <wp:posOffset>417830</wp:posOffset>
                  </wp:positionH>
                  <wp:positionV relativeFrom="paragraph">
                    <wp:posOffset>234950</wp:posOffset>
                  </wp:positionV>
                  <wp:extent cx="1933575" cy="1988820"/>
                  <wp:effectExtent l="0" t="0" r="9525" b="0"/>
                  <wp:wrapNone/>
                  <wp:docPr id="173289550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3575" cy="1988820"/>
                          </a:xfrm>
                          <a:prstGeom prst="rect">
                            <a:avLst/>
                          </a:prstGeom>
                          <a:noFill/>
                        </pic:spPr>
                      </pic:pic>
                    </a:graphicData>
                  </a:graphic>
                  <wp14:sizeRelH relativeFrom="margin">
                    <wp14:pctWidth>0</wp14:pctWidth>
                  </wp14:sizeRelH>
                  <wp14:sizeRelV relativeFrom="margin">
                    <wp14:pctHeight>0</wp14:pctHeight>
                  </wp14:sizeRelV>
                </wp:anchor>
              </w:drawing>
            </w:r>
            <w:r w:rsidR="00BC3AE8" w:rsidRPr="007D1D39">
              <w:rPr>
                <w:rFonts w:ascii="Times New Roman" w:hAnsi="Times New Roman" w:cs="Times New Roman"/>
                <w:b/>
                <w:bCs/>
                <w:sz w:val="28"/>
                <w:szCs w:val="28"/>
              </w:rPr>
              <w:t>Jorge Yáñez Reyes</w:t>
            </w:r>
          </w:p>
          <w:p w14:paraId="14A02DDB" w14:textId="7FCB96D7" w:rsidR="00BC3AE8" w:rsidRPr="007D1D39" w:rsidRDefault="00BC3AE8" w:rsidP="00BC3AE8">
            <w:pPr>
              <w:jc w:val="center"/>
              <w:rPr>
                <w:rFonts w:ascii="Times New Roman" w:hAnsi="Times New Roman" w:cs="Times New Roman"/>
                <w:b/>
                <w:bCs/>
                <w:sz w:val="28"/>
                <w:szCs w:val="28"/>
              </w:rPr>
            </w:pPr>
          </w:p>
        </w:tc>
        <w:tc>
          <w:tcPr>
            <w:tcW w:w="4754" w:type="dxa"/>
            <w:vAlign w:val="center"/>
          </w:tcPr>
          <w:p w14:paraId="22A333E3" w14:textId="77777777" w:rsidR="00BC3AE8" w:rsidRPr="007D1D39" w:rsidRDefault="00037448" w:rsidP="00037448">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Jorge Yáñez. Nace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10 de </w:t>
            </w:r>
            <w:proofErr w:type="spellStart"/>
            <w:r w:rsidRPr="007D1D39">
              <w:rPr>
                <w:rFonts w:ascii="Times New Roman" w:hAnsi="Times New Roman" w:cs="Times New Roman"/>
                <w:sz w:val="24"/>
                <w:szCs w:val="24"/>
              </w:rPr>
              <w:t>febrero</w:t>
            </w:r>
            <w:proofErr w:type="spellEnd"/>
            <w:r w:rsidRPr="007D1D39">
              <w:rPr>
                <w:rFonts w:ascii="Times New Roman" w:hAnsi="Times New Roman" w:cs="Times New Roman"/>
                <w:sz w:val="24"/>
                <w:szCs w:val="24"/>
              </w:rPr>
              <w:t xml:space="preserve"> de 1937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Santiago de Chile. </w:t>
            </w:r>
            <w:proofErr w:type="spellStart"/>
            <w:r w:rsidRPr="007D1D39">
              <w:rPr>
                <w:rFonts w:ascii="Times New Roman" w:hAnsi="Times New Roman" w:cs="Times New Roman"/>
                <w:sz w:val="24"/>
                <w:szCs w:val="24"/>
              </w:rPr>
              <w:t>Educado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Pontificia Universidad Católica de Chile. Actor, </w:t>
            </w:r>
            <w:proofErr w:type="spellStart"/>
            <w:r w:rsidRPr="007D1D39">
              <w:rPr>
                <w:rFonts w:ascii="Times New Roman" w:hAnsi="Times New Roman" w:cs="Times New Roman"/>
                <w:sz w:val="24"/>
                <w:szCs w:val="24"/>
              </w:rPr>
              <w:t>folclorista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escritor</w:t>
            </w:r>
            <w:proofErr w:type="spellEnd"/>
            <w:r w:rsidRPr="007D1D39">
              <w:rPr>
                <w:rFonts w:ascii="Times New Roman" w:hAnsi="Times New Roman" w:cs="Times New Roman"/>
                <w:sz w:val="24"/>
                <w:szCs w:val="24"/>
              </w:rPr>
              <w:t xml:space="preserve"> y cantante. Premio a la Música Nacional Presidente de la República (2017). Es un actor, </w:t>
            </w:r>
            <w:proofErr w:type="spellStart"/>
            <w:r w:rsidRPr="007D1D39">
              <w:rPr>
                <w:rFonts w:ascii="Times New Roman" w:hAnsi="Times New Roman" w:cs="Times New Roman"/>
                <w:sz w:val="24"/>
                <w:szCs w:val="24"/>
              </w:rPr>
              <w:t>escritor</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folclorista</w:t>
            </w:r>
            <w:proofErr w:type="spellEnd"/>
            <w:r w:rsidRPr="007D1D39">
              <w:rPr>
                <w:rFonts w:ascii="Times New Roman" w:hAnsi="Times New Roman" w:cs="Times New Roman"/>
                <w:sz w:val="24"/>
                <w:szCs w:val="24"/>
              </w:rPr>
              <w:t xml:space="preserve"> chileno.</w:t>
            </w:r>
          </w:p>
          <w:p w14:paraId="27230975" w14:textId="77777777" w:rsidR="00037448" w:rsidRPr="007D1D39" w:rsidRDefault="00037448" w:rsidP="00037448">
            <w:pPr>
              <w:spacing w:after="0" w:line="240" w:lineRule="auto"/>
              <w:jc w:val="both"/>
              <w:rPr>
                <w:rFonts w:ascii="Times New Roman" w:hAnsi="Times New Roman" w:cs="Times New Roman"/>
                <w:sz w:val="24"/>
                <w:szCs w:val="24"/>
              </w:rPr>
            </w:pPr>
          </w:p>
          <w:p w14:paraId="425040C2" w14:textId="77777777" w:rsidR="00037448" w:rsidRPr="007D1D39" w:rsidRDefault="00037448" w:rsidP="00037448">
            <w:pPr>
              <w:spacing w:after="0" w:line="240" w:lineRule="auto"/>
              <w:jc w:val="both"/>
              <w:rPr>
                <w:rFonts w:ascii="Times New Roman" w:hAnsi="Times New Roman" w:cs="Times New Roman"/>
                <w:sz w:val="24"/>
                <w:szCs w:val="24"/>
              </w:rPr>
            </w:pPr>
          </w:p>
          <w:p w14:paraId="4438FE9B" w14:textId="77777777" w:rsidR="00037448" w:rsidRPr="007D1D39" w:rsidRDefault="00037448" w:rsidP="00037448">
            <w:pPr>
              <w:spacing w:after="0" w:line="240" w:lineRule="auto"/>
              <w:jc w:val="both"/>
              <w:rPr>
                <w:rFonts w:ascii="Times New Roman" w:hAnsi="Times New Roman" w:cs="Times New Roman"/>
                <w:sz w:val="24"/>
                <w:szCs w:val="24"/>
              </w:rPr>
            </w:pPr>
          </w:p>
          <w:p w14:paraId="76462E2D" w14:textId="77777777" w:rsidR="00037448" w:rsidRPr="007D1D39" w:rsidRDefault="00037448" w:rsidP="00037448">
            <w:pPr>
              <w:spacing w:after="0" w:line="240" w:lineRule="auto"/>
              <w:jc w:val="both"/>
              <w:rPr>
                <w:rFonts w:ascii="Times New Roman" w:hAnsi="Times New Roman" w:cs="Times New Roman"/>
                <w:sz w:val="24"/>
                <w:szCs w:val="24"/>
              </w:rPr>
            </w:pPr>
          </w:p>
          <w:p w14:paraId="5BBAD7C3" w14:textId="77777777" w:rsidR="00037448" w:rsidRPr="007D1D39" w:rsidRDefault="00037448" w:rsidP="00037448">
            <w:pPr>
              <w:spacing w:after="0" w:line="240" w:lineRule="auto"/>
              <w:jc w:val="both"/>
              <w:rPr>
                <w:rFonts w:ascii="Times New Roman" w:hAnsi="Times New Roman" w:cs="Times New Roman"/>
                <w:sz w:val="24"/>
                <w:szCs w:val="24"/>
              </w:rPr>
            </w:pPr>
          </w:p>
          <w:p w14:paraId="1A971AB5" w14:textId="77777777" w:rsidR="00037448" w:rsidRPr="007D1D39" w:rsidRDefault="00037448" w:rsidP="00037448">
            <w:pPr>
              <w:spacing w:after="0" w:line="240" w:lineRule="auto"/>
              <w:jc w:val="both"/>
              <w:rPr>
                <w:rFonts w:ascii="Times New Roman" w:hAnsi="Times New Roman" w:cs="Times New Roman"/>
                <w:sz w:val="24"/>
                <w:szCs w:val="24"/>
              </w:rPr>
            </w:pPr>
          </w:p>
          <w:p w14:paraId="600BF94E" w14:textId="0BB6B516" w:rsidR="00037448" w:rsidRPr="007D1D39" w:rsidRDefault="00037448" w:rsidP="00037448">
            <w:pPr>
              <w:spacing w:after="0" w:line="240" w:lineRule="auto"/>
              <w:jc w:val="both"/>
              <w:rPr>
                <w:rFonts w:ascii="Times New Roman" w:hAnsi="Times New Roman" w:cs="Times New Roman"/>
                <w:sz w:val="24"/>
                <w:szCs w:val="24"/>
              </w:rPr>
            </w:pPr>
          </w:p>
        </w:tc>
      </w:tr>
    </w:tbl>
    <w:p w14:paraId="502AC3E3" w14:textId="728EE9DC" w:rsidR="00BC3AE8" w:rsidRPr="007D1D39" w:rsidRDefault="00BC3AE8" w:rsidP="00281D6B">
      <w:pPr>
        <w:jc w:val="both"/>
        <w:rPr>
          <w:rFonts w:ascii="Times New Roman" w:hAnsi="Times New Roman" w:cs="Times New Roman"/>
          <w:b/>
          <w:bCs/>
          <w:sz w:val="28"/>
          <w:szCs w:val="28"/>
        </w:rPr>
      </w:pPr>
    </w:p>
    <w:tbl>
      <w:tblPr>
        <w:tblStyle w:val="Tablaconcuadrcula"/>
        <w:tblW w:w="0" w:type="auto"/>
        <w:tblLook w:val="04A0" w:firstRow="1" w:lastRow="0" w:firstColumn="1" w:lastColumn="0" w:noHBand="0" w:noVBand="1"/>
      </w:tblPr>
      <w:tblGrid>
        <w:gridCol w:w="4754"/>
        <w:gridCol w:w="4754"/>
      </w:tblGrid>
      <w:tr w:rsidR="00037448" w:rsidRPr="007D1D39" w14:paraId="689AFC2C" w14:textId="77777777" w:rsidTr="00037448">
        <w:tc>
          <w:tcPr>
            <w:tcW w:w="4754" w:type="dxa"/>
            <w:vAlign w:val="center"/>
          </w:tcPr>
          <w:p w14:paraId="385D6F19" w14:textId="332EE713" w:rsidR="00037448" w:rsidRPr="007D1D39" w:rsidRDefault="00037448" w:rsidP="00037448">
            <w:pPr>
              <w:jc w:val="center"/>
              <w:rPr>
                <w:rFonts w:ascii="Times New Roman" w:hAnsi="Times New Roman" w:cs="Times New Roman"/>
                <w:b/>
                <w:bCs/>
                <w:sz w:val="28"/>
                <w:szCs w:val="28"/>
              </w:rPr>
            </w:pPr>
            <w:r w:rsidRPr="007D1D39">
              <w:rPr>
                <w:rFonts w:ascii="Times New Roman" w:hAnsi="Times New Roman" w:cs="Times New Roman"/>
                <w:b/>
                <w:bCs/>
                <w:sz w:val="28"/>
                <w:szCs w:val="28"/>
              </w:rPr>
              <w:t>Pa</w:t>
            </w:r>
            <w:r w:rsidR="00FE4AF7" w:rsidRPr="007D1D39">
              <w:rPr>
                <w:rFonts w:ascii="Times New Roman" w:hAnsi="Times New Roman" w:cs="Times New Roman"/>
                <w:b/>
                <w:bCs/>
                <w:sz w:val="28"/>
                <w:szCs w:val="28"/>
              </w:rPr>
              <w:t>tricia</w:t>
            </w:r>
            <w:r w:rsidRPr="007D1D39">
              <w:rPr>
                <w:rFonts w:ascii="Times New Roman" w:hAnsi="Times New Roman" w:cs="Times New Roman"/>
                <w:b/>
                <w:bCs/>
                <w:sz w:val="28"/>
                <w:szCs w:val="28"/>
              </w:rPr>
              <w:t xml:space="preserve"> Corona Rivas</w:t>
            </w:r>
          </w:p>
          <w:p w14:paraId="7FAD16F3" w14:textId="25810B68" w:rsidR="00B50366" w:rsidRPr="007D1D39" w:rsidRDefault="00FE4AF7" w:rsidP="00037448">
            <w:pPr>
              <w:jc w:val="center"/>
              <w:rPr>
                <w:rFonts w:ascii="Times New Roman" w:hAnsi="Times New Roman" w:cs="Times New Roman"/>
                <w:b/>
                <w:bCs/>
                <w:sz w:val="28"/>
                <w:szCs w:val="28"/>
              </w:rPr>
            </w:pPr>
            <w:r w:rsidRPr="007D1D39">
              <w:rPr>
                <w:rFonts w:ascii="Times New Roman" w:hAnsi="Times New Roman" w:cs="Times New Roman"/>
                <w:b/>
                <w:bCs/>
                <w:noProof/>
                <w:sz w:val="28"/>
                <w:szCs w:val="28"/>
              </w:rPr>
              <w:drawing>
                <wp:anchor distT="0" distB="0" distL="114300" distR="114300" simplePos="0" relativeHeight="251662336" behindDoc="1" locked="0" layoutInCell="1" allowOverlap="1" wp14:anchorId="7DA3275C" wp14:editId="63FE2A7E">
                  <wp:simplePos x="0" y="0"/>
                  <wp:positionH relativeFrom="column">
                    <wp:posOffset>402590</wp:posOffset>
                  </wp:positionH>
                  <wp:positionV relativeFrom="paragraph">
                    <wp:posOffset>85725</wp:posOffset>
                  </wp:positionV>
                  <wp:extent cx="2046605" cy="2484120"/>
                  <wp:effectExtent l="0" t="0" r="0" b="0"/>
                  <wp:wrapNone/>
                  <wp:docPr id="10618520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52068" name=""/>
                          <pic:cNvPicPr/>
                        </pic:nvPicPr>
                        <pic:blipFill>
                          <a:blip r:embed="rId14"/>
                          <a:stretch>
                            <a:fillRect/>
                          </a:stretch>
                        </pic:blipFill>
                        <pic:spPr>
                          <a:xfrm>
                            <a:off x="0" y="0"/>
                            <a:ext cx="2046605" cy="2484120"/>
                          </a:xfrm>
                          <a:prstGeom prst="rect">
                            <a:avLst/>
                          </a:prstGeom>
                        </pic:spPr>
                      </pic:pic>
                    </a:graphicData>
                  </a:graphic>
                  <wp14:sizeRelH relativeFrom="margin">
                    <wp14:pctWidth>0</wp14:pctWidth>
                  </wp14:sizeRelH>
                  <wp14:sizeRelV relativeFrom="margin">
                    <wp14:pctHeight>0</wp14:pctHeight>
                  </wp14:sizeRelV>
                </wp:anchor>
              </w:drawing>
            </w:r>
          </w:p>
          <w:p w14:paraId="4BFEE910" w14:textId="20FE9249" w:rsidR="00037448" w:rsidRPr="007D1D39" w:rsidRDefault="00037448" w:rsidP="00037448">
            <w:pPr>
              <w:jc w:val="center"/>
              <w:rPr>
                <w:rFonts w:ascii="Times New Roman" w:hAnsi="Times New Roman" w:cs="Times New Roman"/>
                <w:b/>
                <w:bCs/>
                <w:sz w:val="28"/>
                <w:szCs w:val="28"/>
              </w:rPr>
            </w:pPr>
          </w:p>
        </w:tc>
        <w:tc>
          <w:tcPr>
            <w:tcW w:w="4754" w:type="dxa"/>
          </w:tcPr>
          <w:p w14:paraId="097241D1" w14:textId="77777777" w:rsidR="00B50366" w:rsidRPr="007D1D39" w:rsidRDefault="00B50366" w:rsidP="00B50366">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Patricia Corona </w:t>
            </w:r>
            <w:proofErr w:type="spellStart"/>
            <w:r w:rsidRPr="007D1D39">
              <w:rPr>
                <w:rFonts w:ascii="Times New Roman" w:hAnsi="Times New Roman" w:cs="Times New Roman"/>
                <w:sz w:val="24"/>
                <w:szCs w:val="24"/>
              </w:rPr>
              <w:t>nació</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San Antonio, </w:t>
            </w:r>
            <w:proofErr w:type="spellStart"/>
            <w:r w:rsidRPr="007D1D39">
              <w:rPr>
                <w:rFonts w:ascii="Times New Roman" w:hAnsi="Times New Roman" w:cs="Times New Roman"/>
                <w:sz w:val="24"/>
                <w:szCs w:val="24"/>
              </w:rPr>
              <w:t>Región</w:t>
            </w:r>
            <w:proofErr w:type="spellEnd"/>
            <w:r w:rsidRPr="007D1D39">
              <w:rPr>
                <w:rFonts w:ascii="Times New Roman" w:hAnsi="Times New Roman" w:cs="Times New Roman"/>
                <w:sz w:val="24"/>
                <w:szCs w:val="24"/>
              </w:rPr>
              <w:t xml:space="preserve"> de Valparaíso, y </w:t>
            </w:r>
            <w:proofErr w:type="spellStart"/>
            <w:r w:rsidRPr="007D1D39">
              <w:rPr>
                <w:rFonts w:ascii="Times New Roman" w:hAnsi="Times New Roman" w:cs="Times New Roman"/>
                <w:sz w:val="24"/>
                <w:szCs w:val="24"/>
              </w:rPr>
              <w:t>actualmente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vive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Santiago. Es </w:t>
            </w:r>
            <w:proofErr w:type="spellStart"/>
            <w:r w:rsidRPr="007D1D39">
              <w:rPr>
                <w:rFonts w:ascii="Times New Roman" w:hAnsi="Times New Roman" w:cs="Times New Roman"/>
                <w:sz w:val="24"/>
                <w:szCs w:val="24"/>
              </w:rPr>
              <w:t>profesora</w:t>
            </w:r>
            <w:proofErr w:type="spellEnd"/>
            <w:r w:rsidRPr="007D1D39">
              <w:rPr>
                <w:rFonts w:ascii="Times New Roman" w:hAnsi="Times New Roman" w:cs="Times New Roman"/>
                <w:sz w:val="24"/>
                <w:szCs w:val="24"/>
              </w:rPr>
              <w:t xml:space="preserve"> de Lengua y </w:t>
            </w:r>
            <w:proofErr w:type="spellStart"/>
            <w:r w:rsidRPr="007D1D39">
              <w:rPr>
                <w:rFonts w:ascii="Times New Roman" w:hAnsi="Times New Roman" w:cs="Times New Roman"/>
                <w:sz w:val="24"/>
                <w:szCs w:val="24"/>
              </w:rPr>
              <w:t>Literatura</w:t>
            </w:r>
            <w:proofErr w:type="spellEnd"/>
            <w:r w:rsidRPr="007D1D39">
              <w:rPr>
                <w:rFonts w:ascii="Times New Roman" w:hAnsi="Times New Roman" w:cs="Times New Roman"/>
                <w:sz w:val="24"/>
                <w:szCs w:val="24"/>
              </w:rPr>
              <w:t xml:space="preserve"> y ha </w:t>
            </w:r>
            <w:proofErr w:type="spellStart"/>
            <w:r w:rsidRPr="007D1D39">
              <w:rPr>
                <w:rFonts w:ascii="Times New Roman" w:hAnsi="Times New Roman" w:cs="Times New Roman"/>
                <w:sz w:val="24"/>
                <w:szCs w:val="24"/>
              </w:rPr>
              <w:t>encontrado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w:t>
            </w:r>
            <w:proofErr w:type="spellStart"/>
            <w:r w:rsidRPr="007D1D39">
              <w:rPr>
                <w:rFonts w:ascii="Times New Roman" w:hAnsi="Times New Roman" w:cs="Times New Roman"/>
                <w:sz w:val="24"/>
                <w:szCs w:val="24"/>
              </w:rPr>
              <w:t>docencia</w:t>
            </w:r>
            <w:proofErr w:type="spellEnd"/>
            <w:r w:rsidRPr="007D1D39">
              <w:rPr>
                <w:rFonts w:ascii="Times New Roman" w:hAnsi="Times New Roman" w:cs="Times New Roman"/>
                <w:sz w:val="24"/>
                <w:szCs w:val="24"/>
              </w:rPr>
              <w:t xml:space="preserve"> y la </w:t>
            </w:r>
            <w:proofErr w:type="spellStart"/>
            <w:r w:rsidRPr="007D1D39">
              <w:rPr>
                <w:rFonts w:ascii="Times New Roman" w:hAnsi="Times New Roman" w:cs="Times New Roman"/>
                <w:sz w:val="24"/>
                <w:szCs w:val="24"/>
              </w:rPr>
              <w:t>poesía</w:t>
            </w:r>
            <w:proofErr w:type="spellEnd"/>
            <w:r w:rsidRPr="007D1D39">
              <w:rPr>
                <w:rFonts w:ascii="Times New Roman" w:hAnsi="Times New Roman" w:cs="Times New Roman"/>
                <w:sz w:val="24"/>
                <w:szCs w:val="24"/>
              </w:rPr>
              <w:t xml:space="preserve"> dos </w:t>
            </w:r>
            <w:proofErr w:type="spellStart"/>
            <w:r w:rsidRPr="007D1D39">
              <w:rPr>
                <w:rFonts w:ascii="Times New Roman" w:hAnsi="Times New Roman" w:cs="Times New Roman"/>
                <w:sz w:val="24"/>
                <w:szCs w:val="24"/>
              </w:rPr>
              <w:t>formas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complementarias</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acercarse</w:t>
            </w:r>
            <w:proofErr w:type="spellEnd"/>
            <w:r w:rsidRPr="007D1D39">
              <w:rPr>
                <w:rFonts w:ascii="Times New Roman" w:hAnsi="Times New Roman" w:cs="Times New Roman"/>
                <w:sz w:val="24"/>
                <w:szCs w:val="24"/>
              </w:rPr>
              <w:t xml:space="preserve"> a las personas: </w:t>
            </w:r>
            <w:proofErr w:type="spellStart"/>
            <w:r w:rsidRPr="007D1D39">
              <w:rPr>
                <w:rFonts w:ascii="Times New Roman" w:hAnsi="Times New Roman" w:cs="Times New Roman"/>
                <w:sz w:val="24"/>
                <w:szCs w:val="24"/>
              </w:rPr>
              <w:t>una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desde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aula y </w:t>
            </w:r>
            <w:proofErr w:type="spellStart"/>
            <w:r w:rsidRPr="007D1D39">
              <w:rPr>
                <w:rFonts w:ascii="Times New Roman" w:hAnsi="Times New Roman" w:cs="Times New Roman"/>
                <w:sz w:val="24"/>
                <w:szCs w:val="24"/>
              </w:rPr>
              <w:t>otra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desde</w:t>
            </w:r>
            <w:proofErr w:type="spellEnd"/>
            <w:r w:rsidRPr="007D1D39">
              <w:rPr>
                <w:rFonts w:ascii="Times New Roman" w:hAnsi="Times New Roman" w:cs="Times New Roman"/>
                <w:sz w:val="24"/>
                <w:szCs w:val="24"/>
              </w:rPr>
              <w:t xml:space="preserve"> la palabra </w:t>
            </w:r>
            <w:proofErr w:type="spellStart"/>
            <w:r w:rsidRPr="007D1D39">
              <w:rPr>
                <w:rFonts w:ascii="Times New Roman" w:hAnsi="Times New Roman" w:cs="Times New Roman"/>
                <w:sz w:val="24"/>
                <w:szCs w:val="24"/>
              </w:rPr>
              <w:t>escrita</w:t>
            </w:r>
            <w:proofErr w:type="spellEnd"/>
            <w:r w:rsidRPr="007D1D39">
              <w:rPr>
                <w:rFonts w:ascii="Times New Roman" w:hAnsi="Times New Roman" w:cs="Times New Roman"/>
                <w:sz w:val="24"/>
                <w:szCs w:val="24"/>
              </w:rPr>
              <w:t>.</w:t>
            </w:r>
          </w:p>
          <w:p w14:paraId="7F53A732" w14:textId="77777777" w:rsidR="00B50366" w:rsidRPr="007D1D39" w:rsidRDefault="00B50366" w:rsidP="00B50366">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Su </w:t>
            </w:r>
            <w:proofErr w:type="spellStart"/>
            <w:r w:rsidRPr="007D1D39">
              <w:rPr>
                <w:rFonts w:ascii="Times New Roman" w:hAnsi="Times New Roman" w:cs="Times New Roman"/>
                <w:sz w:val="24"/>
                <w:szCs w:val="24"/>
              </w:rPr>
              <w:t>poesía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nace</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observación</w:t>
            </w:r>
            <w:proofErr w:type="spellEnd"/>
            <w:r w:rsidRPr="007D1D39">
              <w:rPr>
                <w:rFonts w:ascii="Times New Roman" w:hAnsi="Times New Roman" w:cs="Times New Roman"/>
                <w:sz w:val="24"/>
                <w:szCs w:val="24"/>
              </w:rPr>
              <w:t xml:space="preserve"> de lo </w:t>
            </w:r>
            <w:proofErr w:type="spellStart"/>
            <w:r w:rsidRPr="007D1D39">
              <w:rPr>
                <w:rFonts w:ascii="Times New Roman" w:hAnsi="Times New Roman" w:cs="Times New Roman"/>
                <w:sz w:val="24"/>
                <w:szCs w:val="24"/>
              </w:rPr>
              <w:t>cotidiano</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memoria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afectos</w:t>
            </w:r>
            <w:proofErr w:type="spellEnd"/>
            <w:r w:rsidRPr="007D1D39">
              <w:rPr>
                <w:rFonts w:ascii="Times New Roman" w:hAnsi="Times New Roman" w:cs="Times New Roman"/>
                <w:sz w:val="24"/>
                <w:szCs w:val="24"/>
              </w:rPr>
              <w:t xml:space="preserve"> y las </w:t>
            </w:r>
            <w:proofErr w:type="spellStart"/>
            <w:r w:rsidRPr="007D1D39">
              <w:rPr>
                <w:rFonts w:ascii="Times New Roman" w:hAnsi="Times New Roman" w:cs="Times New Roman"/>
                <w:sz w:val="24"/>
                <w:szCs w:val="24"/>
              </w:rPr>
              <w:t>preguntas</w:t>
            </w:r>
            <w:proofErr w:type="spellEnd"/>
            <w:r w:rsidRPr="007D1D39">
              <w:rPr>
                <w:rFonts w:ascii="Times New Roman" w:hAnsi="Times New Roman" w:cs="Times New Roman"/>
                <w:sz w:val="24"/>
                <w:szCs w:val="24"/>
              </w:rPr>
              <w:t xml:space="preserve"> que </w:t>
            </w:r>
            <w:proofErr w:type="spellStart"/>
            <w:r w:rsidRPr="007D1D39">
              <w:rPr>
                <w:rFonts w:ascii="Times New Roman" w:hAnsi="Times New Roman" w:cs="Times New Roman"/>
                <w:sz w:val="24"/>
                <w:szCs w:val="24"/>
              </w:rPr>
              <w:t>nos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acompañan</w:t>
            </w:r>
            <w:proofErr w:type="spellEnd"/>
            <w:r w:rsidRPr="007D1D39">
              <w:rPr>
                <w:rFonts w:ascii="Times New Roman" w:hAnsi="Times New Roman" w:cs="Times New Roman"/>
                <w:sz w:val="24"/>
                <w:szCs w:val="24"/>
              </w:rPr>
              <w:t xml:space="preserve"> a lo largo de la </w:t>
            </w:r>
            <w:proofErr w:type="spellStart"/>
            <w:r w:rsidRPr="007D1D39">
              <w:rPr>
                <w:rFonts w:ascii="Times New Roman" w:hAnsi="Times New Roman" w:cs="Times New Roman"/>
                <w:sz w:val="24"/>
                <w:szCs w:val="24"/>
              </w:rPr>
              <w:t>vida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Comparte</w:t>
            </w:r>
            <w:proofErr w:type="spellEnd"/>
            <w:r w:rsidRPr="007D1D39">
              <w:rPr>
                <w:rFonts w:ascii="Times New Roman" w:hAnsi="Times New Roman" w:cs="Times New Roman"/>
                <w:sz w:val="24"/>
                <w:szCs w:val="24"/>
              </w:rPr>
              <w:t xml:space="preserve"> sus </w:t>
            </w:r>
            <w:proofErr w:type="spellStart"/>
            <w:r w:rsidRPr="007D1D39">
              <w:rPr>
                <w:rFonts w:ascii="Times New Roman" w:hAnsi="Times New Roman" w:cs="Times New Roman"/>
                <w:sz w:val="24"/>
                <w:szCs w:val="24"/>
              </w:rPr>
              <w:t>textos</w:t>
            </w:r>
            <w:proofErr w:type="spellEnd"/>
            <w:r w:rsidRPr="007D1D39">
              <w:rPr>
                <w:rFonts w:ascii="Times New Roman" w:hAnsi="Times New Roman" w:cs="Times New Roman"/>
                <w:sz w:val="24"/>
                <w:szCs w:val="24"/>
              </w:rPr>
              <w:t xml:space="preserve"> a </w:t>
            </w:r>
            <w:proofErr w:type="spellStart"/>
            <w:r w:rsidRPr="007D1D39">
              <w:rPr>
                <w:rFonts w:ascii="Times New Roman" w:hAnsi="Times New Roman" w:cs="Times New Roman"/>
                <w:sz w:val="24"/>
                <w:szCs w:val="24"/>
              </w:rPr>
              <w:t>través</w:t>
            </w:r>
            <w:proofErr w:type="spellEnd"/>
            <w:r w:rsidRPr="007D1D39">
              <w:rPr>
                <w:rFonts w:ascii="Times New Roman" w:hAnsi="Times New Roman" w:cs="Times New Roman"/>
                <w:sz w:val="24"/>
                <w:szCs w:val="24"/>
              </w:rPr>
              <w:t xml:space="preserve"> de Instagram y ha </w:t>
            </w:r>
            <w:proofErr w:type="spellStart"/>
            <w:r w:rsidRPr="007D1D39">
              <w:rPr>
                <w:rFonts w:ascii="Times New Roman" w:hAnsi="Times New Roman" w:cs="Times New Roman"/>
                <w:sz w:val="24"/>
                <w:szCs w:val="24"/>
              </w:rPr>
              <w:t>publicado</w:t>
            </w:r>
            <w:proofErr w:type="spellEnd"/>
            <w:r w:rsidRPr="007D1D39">
              <w:rPr>
                <w:rFonts w:ascii="Times New Roman" w:hAnsi="Times New Roman" w:cs="Times New Roman"/>
                <w:sz w:val="24"/>
                <w:szCs w:val="24"/>
              </w:rPr>
              <w:t xml:space="preserve"> un </w:t>
            </w:r>
            <w:proofErr w:type="spellStart"/>
            <w:r w:rsidRPr="007D1D39">
              <w:rPr>
                <w:rFonts w:ascii="Times New Roman" w:hAnsi="Times New Roman" w:cs="Times New Roman"/>
                <w:sz w:val="24"/>
                <w:szCs w:val="24"/>
              </w:rPr>
              <w:t>libro</w:t>
            </w:r>
            <w:proofErr w:type="spellEnd"/>
            <w:r w:rsidRPr="007D1D39">
              <w:rPr>
                <w:rFonts w:ascii="Times New Roman" w:hAnsi="Times New Roman" w:cs="Times New Roman"/>
                <w:sz w:val="24"/>
                <w:szCs w:val="24"/>
              </w:rPr>
              <w:t xml:space="preserve"> digital, </w:t>
            </w:r>
            <w:proofErr w:type="spellStart"/>
            <w:r w:rsidRPr="007D1D39">
              <w:rPr>
                <w:rFonts w:ascii="Times New Roman" w:hAnsi="Times New Roman" w:cs="Times New Roman"/>
                <w:sz w:val="24"/>
                <w:szCs w:val="24"/>
              </w:rPr>
              <w:t>convencida</w:t>
            </w:r>
            <w:proofErr w:type="spellEnd"/>
            <w:r w:rsidRPr="007D1D39">
              <w:rPr>
                <w:rFonts w:ascii="Times New Roman" w:hAnsi="Times New Roman" w:cs="Times New Roman"/>
                <w:sz w:val="24"/>
                <w:szCs w:val="24"/>
              </w:rPr>
              <w:t xml:space="preserve"> de que la </w:t>
            </w:r>
            <w:proofErr w:type="spellStart"/>
            <w:r w:rsidRPr="007D1D39">
              <w:rPr>
                <w:rFonts w:ascii="Times New Roman" w:hAnsi="Times New Roman" w:cs="Times New Roman"/>
                <w:sz w:val="24"/>
                <w:szCs w:val="24"/>
              </w:rPr>
              <w:t>poesía</w:t>
            </w:r>
            <w:proofErr w:type="spellEnd"/>
            <w:r w:rsidRPr="007D1D39">
              <w:rPr>
                <w:rFonts w:ascii="Times New Roman" w:hAnsi="Times New Roman" w:cs="Times New Roman"/>
                <w:sz w:val="24"/>
                <w:szCs w:val="24"/>
              </w:rPr>
              <w:t xml:space="preserve"> también </w:t>
            </w:r>
            <w:proofErr w:type="spellStart"/>
            <w:r w:rsidRPr="007D1D39">
              <w:rPr>
                <w:rFonts w:ascii="Times New Roman" w:hAnsi="Times New Roman" w:cs="Times New Roman"/>
                <w:sz w:val="24"/>
                <w:szCs w:val="24"/>
              </w:rPr>
              <w:t>puede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habitar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los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espacios</w:t>
            </w:r>
            <w:proofErr w:type="spellEnd"/>
            <w:r w:rsidRPr="007D1D39">
              <w:rPr>
                <w:rFonts w:ascii="Times New Roman" w:hAnsi="Times New Roman" w:cs="Times New Roman"/>
                <w:sz w:val="24"/>
                <w:szCs w:val="24"/>
              </w:rPr>
              <w:t xml:space="preserve"> que </w:t>
            </w:r>
            <w:proofErr w:type="spellStart"/>
            <w:r w:rsidRPr="007D1D39">
              <w:rPr>
                <w:rFonts w:ascii="Times New Roman" w:hAnsi="Times New Roman" w:cs="Times New Roman"/>
                <w:sz w:val="24"/>
                <w:szCs w:val="24"/>
              </w:rPr>
              <w:t>recorremos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cada</w:t>
            </w:r>
            <w:proofErr w:type="spellEnd"/>
            <w:r w:rsidRPr="007D1D39">
              <w:rPr>
                <w:rFonts w:ascii="Times New Roman" w:hAnsi="Times New Roman" w:cs="Times New Roman"/>
                <w:sz w:val="24"/>
                <w:szCs w:val="24"/>
              </w:rPr>
              <w:t xml:space="preserve"> día.</w:t>
            </w:r>
          </w:p>
          <w:p w14:paraId="0D3FEE05" w14:textId="474212D0" w:rsidR="00037448" w:rsidRPr="007D1D39" w:rsidRDefault="00B50366" w:rsidP="00B50366">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Para </w:t>
            </w:r>
            <w:proofErr w:type="spellStart"/>
            <w:r w:rsidRPr="007D1D39">
              <w:rPr>
                <w:rFonts w:ascii="Times New Roman" w:hAnsi="Times New Roman" w:cs="Times New Roman"/>
                <w:sz w:val="24"/>
                <w:szCs w:val="24"/>
              </w:rPr>
              <w:t>ella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escribir</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enseñar</w:t>
            </w:r>
            <w:proofErr w:type="spellEnd"/>
            <w:r w:rsidRPr="007D1D39">
              <w:rPr>
                <w:rFonts w:ascii="Times New Roman" w:hAnsi="Times New Roman" w:cs="Times New Roman"/>
                <w:sz w:val="24"/>
                <w:szCs w:val="24"/>
              </w:rPr>
              <w:t xml:space="preserve"> son dos </w:t>
            </w:r>
            <w:proofErr w:type="spellStart"/>
            <w:r w:rsidRPr="007D1D39">
              <w:rPr>
                <w:rFonts w:ascii="Times New Roman" w:hAnsi="Times New Roman" w:cs="Times New Roman"/>
                <w:sz w:val="24"/>
                <w:szCs w:val="24"/>
              </w:rPr>
              <w:t>maneras</w:t>
            </w:r>
            <w:proofErr w:type="spellEnd"/>
            <w:r w:rsidRPr="007D1D39">
              <w:rPr>
                <w:rFonts w:ascii="Times New Roman" w:hAnsi="Times New Roman" w:cs="Times New Roman"/>
                <w:sz w:val="24"/>
                <w:szCs w:val="24"/>
              </w:rPr>
              <w:t xml:space="preserve"> de </w:t>
            </w:r>
            <w:proofErr w:type="spellStart"/>
            <w:r w:rsidRPr="007D1D39">
              <w:rPr>
                <w:rFonts w:ascii="Times New Roman" w:hAnsi="Times New Roman" w:cs="Times New Roman"/>
                <w:sz w:val="24"/>
                <w:szCs w:val="24"/>
              </w:rPr>
              <w:t>sostener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una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misma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búsqueda</w:t>
            </w:r>
            <w:proofErr w:type="spellEnd"/>
            <w:r w:rsidRPr="007D1D39">
              <w:rPr>
                <w:rFonts w:ascii="Times New Roman" w:hAnsi="Times New Roman" w:cs="Times New Roman"/>
                <w:sz w:val="24"/>
                <w:szCs w:val="24"/>
              </w:rPr>
              <w:t xml:space="preserve">: leer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mundo</w:t>
            </w:r>
            <w:proofErr w:type="spellEnd"/>
            <w:r w:rsidRPr="007D1D39">
              <w:rPr>
                <w:rFonts w:ascii="Times New Roman" w:hAnsi="Times New Roman" w:cs="Times New Roman"/>
                <w:sz w:val="24"/>
                <w:szCs w:val="24"/>
              </w:rPr>
              <w:t xml:space="preserve"> con </w:t>
            </w:r>
            <w:proofErr w:type="spellStart"/>
            <w:r w:rsidRPr="007D1D39">
              <w:rPr>
                <w:rFonts w:ascii="Times New Roman" w:hAnsi="Times New Roman" w:cs="Times New Roman"/>
                <w:sz w:val="24"/>
                <w:szCs w:val="24"/>
              </w:rPr>
              <w:t>sensibilidad</w:t>
            </w:r>
            <w:proofErr w:type="spellEnd"/>
            <w:r w:rsidRPr="007D1D39">
              <w:rPr>
                <w:rFonts w:ascii="Times New Roman" w:hAnsi="Times New Roman" w:cs="Times New Roman"/>
                <w:sz w:val="24"/>
                <w:szCs w:val="24"/>
              </w:rPr>
              <w:t xml:space="preserve"> y </w:t>
            </w:r>
            <w:proofErr w:type="spellStart"/>
            <w:r w:rsidRPr="007D1D39">
              <w:rPr>
                <w:rFonts w:ascii="Times New Roman" w:hAnsi="Times New Roman" w:cs="Times New Roman"/>
                <w:sz w:val="24"/>
                <w:szCs w:val="24"/>
              </w:rPr>
              <w:t>descubrir</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las palabras, un </w:t>
            </w:r>
            <w:proofErr w:type="spellStart"/>
            <w:r w:rsidRPr="007D1D39">
              <w:rPr>
                <w:rFonts w:ascii="Times New Roman" w:hAnsi="Times New Roman" w:cs="Times New Roman"/>
                <w:sz w:val="24"/>
                <w:szCs w:val="24"/>
              </w:rPr>
              <w:t>espacio</w:t>
            </w:r>
            <w:proofErr w:type="spellEnd"/>
            <w:r w:rsidRPr="007D1D39">
              <w:rPr>
                <w:rFonts w:ascii="Times New Roman" w:hAnsi="Times New Roman" w:cs="Times New Roman"/>
                <w:sz w:val="24"/>
                <w:szCs w:val="24"/>
              </w:rPr>
              <w:t xml:space="preserve"> para </w:t>
            </w:r>
            <w:proofErr w:type="spellStart"/>
            <w:r w:rsidRPr="007D1D39">
              <w:rPr>
                <w:rFonts w:ascii="Times New Roman" w:hAnsi="Times New Roman" w:cs="Times New Roman"/>
                <w:sz w:val="24"/>
                <w:szCs w:val="24"/>
              </w:rPr>
              <w:t>compartir</w:t>
            </w:r>
            <w:proofErr w:type="spellEnd"/>
            <w:r w:rsidRPr="007D1D39">
              <w:rPr>
                <w:rFonts w:ascii="Times New Roman" w:hAnsi="Times New Roman" w:cs="Times New Roman"/>
                <w:sz w:val="24"/>
                <w:szCs w:val="24"/>
              </w:rPr>
              <w:t xml:space="preserve"> con </w:t>
            </w:r>
            <w:proofErr w:type="spellStart"/>
            <w:r w:rsidRPr="007D1D39">
              <w:rPr>
                <w:rFonts w:ascii="Times New Roman" w:hAnsi="Times New Roman" w:cs="Times New Roman"/>
                <w:sz w:val="24"/>
                <w:szCs w:val="24"/>
              </w:rPr>
              <w:t>otros</w:t>
            </w:r>
            <w:proofErr w:type="spellEnd"/>
            <w:r w:rsidRPr="007D1D39">
              <w:rPr>
                <w:rFonts w:ascii="Times New Roman" w:hAnsi="Times New Roman" w:cs="Times New Roman"/>
                <w:sz w:val="24"/>
                <w:szCs w:val="24"/>
              </w:rPr>
              <w:t>.</w:t>
            </w:r>
          </w:p>
        </w:tc>
      </w:tr>
    </w:tbl>
    <w:p w14:paraId="47A829D1" w14:textId="77777777" w:rsidR="00037448" w:rsidRPr="007D1D39" w:rsidRDefault="00037448" w:rsidP="00281D6B">
      <w:pPr>
        <w:jc w:val="both"/>
        <w:rPr>
          <w:rFonts w:ascii="Times New Roman" w:hAnsi="Times New Roman" w:cs="Times New Roman"/>
          <w:b/>
          <w:bCs/>
          <w:sz w:val="28"/>
          <w:szCs w:val="28"/>
        </w:rPr>
      </w:pPr>
    </w:p>
    <w:p w14:paraId="7F090239" w14:textId="77777777" w:rsidR="00B44DF0" w:rsidRPr="007D1D39" w:rsidRDefault="00B44DF0" w:rsidP="00281D6B">
      <w:pPr>
        <w:jc w:val="both"/>
        <w:rPr>
          <w:rFonts w:ascii="Times New Roman" w:hAnsi="Times New Roman" w:cs="Times New Roman"/>
          <w:b/>
          <w:bCs/>
          <w:sz w:val="28"/>
          <w:szCs w:val="28"/>
        </w:rPr>
      </w:pPr>
    </w:p>
    <w:p w14:paraId="07AC6927" w14:textId="77777777" w:rsidR="00B44DF0" w:rsidRPr="007D1D39" w:rsidRDefault="00B44DF0" w:rsidP="00281D6B">
      <w:pPr>
        <w:jc w:val="both"/>
        <w:rPr>
          <w:rFonts w:ascii="Times New Roman" w:hAnsi="Times New Roman" w:cs="Times New Roman"/>
          <w:b/>
          <w:bCs/>
          <w:sz w:val="28"/>
          <w:szCs w:val="28"/>
        </w:rPr>
      </w:pPr>
    </w:p>
    <w:p w14:paraId="594A9165" w14:textId="77777777" w:rsidR="00B44DF0" w:rsidRPr="007D1D39" w:rsidRDefault="00B44DF0" w:rsidP="00281D6B">
      <w:pPr>
        <w:jc w:val="both"/>
        <w:rPr>
          <w:rFonts w:ascii="Times New Roman" w:hAnsi="Times New Roman" w:cs="Times New Roman"/>
          <w:b/>
          <w:bCs/>
          <w:sz w:val="28"/>
          <w:szCs w:val="28"/>
        </w:rPr>
      </w:pPr>
    </w:p>
    <w:p w14:paraId="763236B6" w14:textId="77777777" w:rsidR="00B44DF0" w:rsidRPr="007D1D39" w:rsidRDefault="00B44DF0" w:rsidP="00281D6B">
      <w:pPr>
        <w:jc w:val="both"/>
        <w:rPr>
          <w:rFonts w:ascii="Times New Roman" w:hAnsi="Times New Roman" w:cs="Times New Roman"/>
          <w:b/>
          <w:bCs/>
          <w:sz w:val="28"/>
          <w:szCs w:val="28"/>
        </w:rPr>
      </w:pPr>
    </w:p>
    <w:tbl>
      <w:tblPr>
        <w:tblStyle w:val="Tablaconcuadrcula"/>
        <w:tblW w:w="0" w:type="auto"/>
        <w:tblLook w:val="04A0" w:firstRow="1" w:lastRow="0" w:firstColumn="1" w:lastColumn="0" w:noHBand="0" w:noVBand="1"/>
      </w:tblPr>
      <w:tblGrid>
        <w:gridCol w:w="4754"/>
        <w:gridCol w:w="4754"/>
      </w:tblGrid>
      <w:tr w:rsidR="008833BB" w:rsidRPr="007D1D39" w14:paraId="4530BB8E" w14:textId="77777777" w:rsidTr="008833BB">
        <w:tc>
          <w:tcPr>
            <w:tcW w:w="4754" w:type="dxa"/>
            <w:vAlign w:val="center"/>
          </w:tcPr>
          <w:p w14:paraId="3438A59E" w14:textId="77777777" w:rsidR="008833BB" w:rsidRPr="007D1D39" w:rsidRDefault="008833BB" w:rsidP="008833BB">
            <w:pPr>
              <w:jc w:val="center"/>
              <w:rPr>
                <w:rFonts w:ascii="Times New Roman" w:hAnsi="Times New Roman" w:cs="Times New Roman"/>
                <w:b/>
                <w:bCs/>
                <w:sz w:val="28"/>
                <w:szCs w:val="28"/>
              </w:rPr>
            </w:pPr>
            <w:r w:rsidRPr="007D1D39">
              <w:rPr>
                <w:rFonts w:ascii="Times New Roman" w:hAnsi="Times New Roman" w:cs="Times New Roman"/>
                <w:b/>
                <w:bCs/>
                <w:sz w:val="28"/>
                <w:szCs w:val="28"/>
              </w:rPr>
              <w:t>Ricardo Tamayo Ruiz</w:t>
            </w:r>
          </w:p>
          <w:p w14:paraId="12FEA48E" w14:textId="0426E241" w:rsidR="008833BB" w:rsidRPr="007D1D39" w:rsidRDefault="00B44DF0" w:rsidP="008833BB">
            <w:pPr>
              <w:jc w:val="center"/>
              <w:rPr>
                <w:rFonts w:ascii="Times New Roman" w:hAnsi="Times New Roman" w:cs="Times New Roman"/>
                <w:b/>
                <w:bCs/>
                <w:sz w:val="28"/>
                <w:szCs w:val="28"/>
              </w:rPr>
            </w:pPr>
            <w:r w:rsidRPr="007D1D39">
              <w:rPr>
                <w:rFonts w:ascii="Times New Roman" w:hAnsi="Times New Roman" w:cs="Times New Roman"/>
                <w:b/>
                <w:bCs/>
                <w:noProof/>
                <w:sz w:val="28"/>
                <w:szCs w:val="28"/>
              </w:rPr>
              <w:drawing>
                <wp:inline distT="0" distB="0" distL="0" distR="0" wp14:anchorId="7F9738EB" wp14:editId="1134D2C1">
                  <wp:extent cx="1668780" cy="1935480"/>
                  <wp:effectExtent l="0" t="0" r="7620" b="7620"/>
                  <wp:docPr id="179061582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extLst>
                              <a:ext uri="{28A0092B-C50C-407E-A947-70E740481C1C}">
                                <a14:useLocalDpi xmlns:a14="http://schemas.microsoft.com/office/drawing/2010/main" val="0"/>
                              </a:ext>
                            </a:extLst>
                          </a:blip>
                          <a:srcRect l="23880" t="28007" r="23821" b="37957"/>
                          <a:stretch>
                            <a:fillRect/>
                          </a:stretch>
                        </pic:blipFill>
                        <pic:spPr bwMode="auto">
                          <a:xfrm>
                            <a:off x="0" y="0"/>
                            <a:ext cx="1668780" cy="19354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54" w:type="dxa"/>
            <w:vAlign w:val="center"/>
          </w:tcPr>
          <w:p w14:paraId="6AC5FD46" w14:textId="77777777" w:rsidR="00B44DF0" w:rsidRPr="007D1D39" w:rsidRDefault="00B44DF0" w:rsidP="00B44DF0">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Ricardo Tamayo. </w:t>
            </w:r>
          </w:p>
          <w:p w14:paraId="2E9E5E78" w14:textId="07C98A2E" w:rsidR="00B44DF0" w:rsidRPr="007D1D39" w:rsidRDefault="00B44DF0" w:rsidP="00B44DF0">
            <w:pPr>
              <w:spacing w:after="0" w:line="240" w:lineRule="auto"/>
              <w:jc w:val="both"/>
              <w:rPr>
                <w:rFonts w:ascii="Times New Roman" w:hAnsi="Times New Roman" w:cs="Times New Roman"/>
                <w:sz w:val="24"/>
                <w:szCs w:val="24"/>
              </w:rPr>
            </w:pPr>
            <w:proofErr w:type="spellStart"/>
            <w:r w:rsidRPr="007D1D39">
              <w:rPr>
                <w:rFonts w:ascii="Times New Roman" w:hAnsi="Times New Roman" w:cs="Times New Roman"/>
                <w:sz w:val="24"/>
                <w:szCs w:val="24"/>
              </w:rPr>
              <w:t>Encargado</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biblioteca</w:t>
            </w:r>
            <w:proofErr w:type="spellEnd"/>
            <w:r w:rsidRPr="007D1D39">
              <w:rPr>
                <w:rFonts w:ascii="Times New Roman" w:hAnsi="Times New Roman" w:cs="Times New Roman"/>
                <w:sz w:val="24"/>
                <w:szCs w:val="24"/>
              </w:rPr>
              <w:t xml:space="preserve"> municipal de </w:t>
            </w:r>
            <w:proofErr w:type="spellStart"/>
            <w:r w:rsidRPr="007D1D39">
              <w:rPr>
                <w:rFonts w:ascii="Times New Roman" w:hAnsi="Times New Roman" w:cs="Times New Roman"/>
                <w:sz w:val="24"/>
                <w:szCs w:val="24"/>
              </w:rPr>
              <w:t>Ancud</w:t>
            </w:r>
            <w:proofErr w:type="spellEnd"/>
            <w:r w:rsidRPr="007D1D39">
              <w:rPr>
                <w:rFonts w:ascii="Times New Roman" w:hAnsi="Times New Roman" w:cs="Times New Roman"/>
                <w:sz w:val="24"/>
                <w:szCs w:val="24"/>
              </w:rPr>
              <w:t xml:space="preserve">, gestor cultural y </w:t>
            </w:r>
            <w:proofErr w:type="spellStart"/>
            <w:r w:rsidRPr="007D1D39">
              <w:rPr>
                <w:rFonts w:ascii="Times New Roman" w:hAnsi="Times New Roman" w:cs="Times New Roman"/>
                <w:sz w:val="24"/>
                <w:szCs w:val="24"/>
              </w:rPr>
              <w:t>dueño</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librería</w:t>
            </w:r>
            <w:proofErr w:type="spellEnd"/>
            <w:r w:rsidRPr="007D1D39">
              <w:rPr>
                <w:rFonts w:ascii="Times New Roman" w:hAnsi="Times New Roman" w:cs="Times New Roman"/>
                <w:sz w:val="24"/>
                <w:szCs w:val="24"/>
              </w:rPr>
              <w:t xml:space="preserve"> El gran </w:t>
            </w:r>
            <w:proofErr w:type="spellStart"/>
            <w:r w:rsidRPr="007D1D39">
              <w:rPr>
                <w:rFonts w:ascii="Times New Roman" w:hAnsi="Times New Roman" w:cs="Times New Roman"/>
                <w:sz w:val="24"/>
                <w:szCs w:val="24"/>
              </w:rPr>
              <w:t>pez</w:t>
            </w:r>
            <w:proofErr w:type="spellEnd"/>
            <w:r w:rsidRPr="007D1D39">
              <w:rPr>
                <w:rFonts w:ascii="Times New Roman" w:hAnsi="Times New Roman" w:cs="Times New Roman"/>
                <w:sz w:val="24"/>
                <w:szCs w:val="24"/>
              </w:rPr>
              <w:t xml:space="preserve"> de la ciudad de </w:t>
            </w:r>
            <w:proofErr w:type="spellStart"/>
            <w:r w:rsidRPr="007D1D39">
              <w:rPr>
                <w:rFonts w:ascii="Times New Roman" w:hAnsi="Times New Roman" w:cs="Times New Roman"/>
                <w:sz w:val="24"/>
                <w:szCs w:val="24"/>
              </w:rPr>
              <w:t>Ancud</w:t>
            </w:r>
            <w:proofErr w:type="spellEnd"/>
            <w:r w:rsidRPr="007D1D39">
              <w:rPr>
                <w:rFonts w:ascii="Times New Roman" w:hAnsi="Times New Roman" w:cs="Times New Roman"/>
                <w:sz w:val="24"/>
                <w:szCs w:val="24"/>
              </w:rPr>
              <w:t xml:space="preserve">. </w:t>
            </w:r>
          </w:p>
          <w:p w14:paraId="0C9AEB2D" w14:textId="77777777" w:rsidR="00B44DF0" w:rsidRPr="007D1D39" w:rsidRDefault="00B44DF0" w:rsidP="00B44DF0">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Ha </w:t>
            </w:r>
            <w:proofErr w:type="spellStart"/>
            <w:r w:rsidRPr="007D1D39">
              <w:rPr>
                <w:rFonts w:ascii="Times New Roman" w:hAnsi="Times New Roman" w:cs="Times New Roman"/>
                <w:sz w:val="24"/>
                <w:szCs w:val="24"/>
              </w:rPr>
              <w:t>realizado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como</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dramaturgo</w:t>
            </w:r>
            <w:proofErr w:type="spellEnd"/>
            <w:r w:rsidRPr="007D1D39">
              <w:rPr>
                <w:rFonts w:ascii="Times New Roman" w:hAnsi="Times New Roman" w:cs="Times New Roman"/>
                <w:sz w:val="24"/>
                <w:szCs w:val="24"/>
              </w:rPr>
              <w:t xml:space="preserve"> y </w:t>
            </w:r>
            <w:proofErr w:type="spellStart"/>
            <w:proofErr w:type="gramStart"/>
            <w:r w:rsidRPr="007D1D39">
              <w:rPr>
                <w:rFonts w:ascii="Times New Roman" w:hAnsi="Times New Roman" w:cs="Times New Roman"/>
                <w:sz w:val="24"/>
                <w:szCs w:val="24"/>
              </w:rPr>
              <w:t>guionista</w:t>
            </w:r>
            <w:proofErr w:type="spellEnd"/>
            <w:r w:rsidRPr="007D1D39">
              <w:rPr>
                <w:rFonts w:ascii="Times New Roman" w:hAnsi="Times New Roman" w:cs="Times New Roman"/>
                <w:sz w:val="24"/>
                <w:szCs w:val="24"/>
              </w:rPr>
              <w:t xml:space="preserve">  audiovisual</w:t>
            </w:r>
            <w:proofErr w:type="gramEnd"/>
            <w:r w:rsidRPr="007D1D39">
              <w:rPr>
                <w:rFonts w:ascii="Times New Roman" w:hAnsi="Times New Roman" w:cs="Times New Roman"/>
                <w:sz w:val="24"/>
                <w:szCs w:val="24"/>
              </w:rPr>
              <w:t xml:space="preserve"> para </w:t>
            </w:r>
            <w:proofErr w:type="spellStart"/>
            <w:r w:rsidRPr="007D1D39">
              <w:rPr>
                <w:rFonts w:ascii="Times New Roman" w:hAnsi="Times New Roman" w:cs="Times New Roman"/>
                <w:sz w:val="24"/>
                <w:szCs w:val="24"/>
              </w:rPr>
              <w:t>televisión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diversos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proyectos</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ciudad de Santiago. </w:t>
            </w:r>
          </w:p>
          <w:p w14:paraId="4E6FE0C4" w14:textId="77777777" w:rsidR="008833BB" w:rsidRPr="007D1D39" w:rsidRDefault="00B44DF0" w:rsidP="00B44DF0">
            <w:pPr>
              <w:spacing w:after="0" w:line="240" w:lineRule="auto"/>
              <w:jc w:val="both"/>
              <w:rPr>
                <w:rFonts w:ascii="Times New Roman" w:hAnsi="Times New Roman" w:cs="Times New Roman"/>
                <w:sz w:val="24"/>
                <w:szCs w:val="24"/>
              </w:rPr>
            </w:pPr>
            <w:proofErr w:type="spellStart"/>
            <w:r w:rsidRPr="007D1D39">
              <w:rPr>
                <w:rFonts w:ascii="Times New Roman" w:hAnsi="Times New Roman" w:cs="Times New Roman"/>
                <w:sz w:val="24"/>
                <w:szCs w:val="24"/>
              </w:rPr>
              <w:t>Actualmente</w:t>
            </w:r>
            <w:proofErr w:type="spellEnd"/>
            <w:r w:rsidRPr="007D1D39">
              <w:rPr>
                <w:rFonts w:ascii="Times New Roman" w:hAnsi="Times New Roman" w:cs="Times New Roman"/>
                <w:sz w:val="24"/>
                <w:szCs w:val="24"/>
              </w:rPr>
              <w:t xml:space="preserve"> reside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la ciudad de </w:t>
            </w:r>
            <w:proofErr w:type="spellStart"/>
            <w:r w:rsidRPr="007D1D39">
              <w:rPr>
                <w:rFonts w:ascii="Times New Roman" w:hAnsi="Times New Roman" w:cs="Times New Roman"/>
                <w:sz w:val="24"/>
                <w:szCs w:val="24"/>
              </w:rPr>
              <w:t>Ancud</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donde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participa</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activamente</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en</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el</w:t>
            </w:r>
            <w:proofErr w:type="spellEnd"/>
            <w:r w:rsidRPr="007D1D39">
              <w:rPr>
                <w:rFonts w:ascii="Times New Roman" w:hAnsi="Times New Roman" w:cs="Times New Roman"/>
                <w:sz w:val="24"/>
                <w:szCs w:val="24"/>
              </w:rPr>
              <w:t xml:space="preserve"> </w:t>
            </w:r>
            <w:proofErr w:type="spellStart"/>
            <w:r w:rsidRPr="007D1D39">
              <w:rPr>
                <w:rFonts w:ascii="Times New Roman" w:hAnsi="Times New Roman" w:cs="Times New Roman"/>
                <w:sz w:val="24"/>
                <w:szCs w:val="24"/>
              </w:rPr>
              <w:t>ámbito</w:t>
            </w:r>
            <w:proofErr w:type="spellEnd"/>
            <w:r w:rsidRPr="007D1D39">
              <w:rPr>
                <w:rFonts w:ascii="Times New Roman" w:hAnsi="Times New Roman" w:cs="Times New Roman"/>
                <w:sz w:val="24"/>
                <w:szCs w:val="24"/>
              </w:rPr>
              <w:t xml:space="preserve"> de la </w:t>
            </w:r>
            <w:proofErr w:type="spellStart"/>
            <w:r w:rsidRPr="007D1D39">
              <w:rPr>
                <w:rFonts w:ascii="Times New Roman" w:hAnsi="Times New Roman" w:cs="Times New Roman"/>
                <w:sz w:val="24"/>
                <w:szCs w:val="24"/>
              </w:rPr>
              <w:t>cultura</w:t>
            </w:r>
            <w:proofErr w:type="spellEnd"/>
            <w:r w:rsidRPr="007D1D39">
              <w:rPr>
                <w:rFonts w:ascii="Times New Roman" w:hAnsi="Times New Roman" w:cs="Times New Roman"/>
                <w:sz w:val="24"/>
                <w:szCs w:val="24"/>
              </w:rPr>
              <w:t xml:space="preserve"> local.</w:t>
            </w:r>
          </w:p>
          <w:p w14:paraId="7F6E7EB6" w14:textId="53CFAFB3" w:rsidR="00B44DF0" w:rsidRPr="007D1D39" w:rsidRDefault="00B44DF0" w:rsidP="00B44DF0">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Taller de </w:t>
            </w:r>
            <w:proofErr w:type="spellStart"/>
            <w:r w:rsidRPr="007D1D39">
              <w:rPr>
                <w:rFonts w:ascii="Times New Roman" w:hAnsi="Times New Roman" w:cs="Times New Roman"/>
                <w:sz w:val="24"/>
                <w:szCs w:val="24"/>
              </w:rPr>
              <w:t>poesía</w:t>
            </w:r>
            <w:proofErr w:type="spellEnd"/>
            <w:r w:rsidRPr="007D1D39">
              <w:rPr>
                <w:rFonts w:ascii="Times New Roman" w:hAnsi="Times New Roman" w:cs="Times New Roman"/>
                <w:sz w:val="24"/>
                <w:szCs w:val="24"/>
              </w:rPr>
              <w:t xml:space="preserve"> con </w:t>
            </w:r>
            <w:proofErr w:type="spellStart"/>
            <w:r w:rsidRPr="007D1D39">
              <w:rPr>
                <w:rFonts w:ascii="Times New Roman" w:hAnsi="Times New Roman" w:cs="Times New Roman"/>
                <w:sz w:val="24"/>
                <w:szCs w:val="24"/>
              </w:rPr>
              <w:t>Rosabetty</w:t>
            </w:r>
            <w:proofErr w:type="spellEnd"/>
            <w:r w:rsidRPr="007D1D39">
              <w:rPr>
                <w:rFonts w:ascii="Times New Roman" w:hAnsi="Times New Roman" w:cs="Times New Roman"/>
                <w:sz w:val="24"/>
                <w:szCs w:val="24"/>
              </w:rPr>
              <w:t xml:space="preserve"> Muñoz. </w:t>
            </w:r>
          </w:p>
          <w:p w14:paraId="4DFB852C" w14:textId="4CFFFDC8" w:rsidR="00B44DF0" w:rsidRPr="007D1D39" w:rsidRDefault="00B44DF0" w:rsidP="00B44DF0">
            <w:pPr>
              <w:spacing w:after="0" w:line="240" w:lineRule="auto"/>
              <w:jc w:val="both"/>
              <w:rPr>
                <w:rFonts w:ascii="Times New Roman" w:hAnsi="Times New Roman" w:cs="Times New Roman"/>
                <w:sz w:val="24"/>
                <w:szCs w:val="24"/>
              </w:rPr>
            </w:pPr>
            <w:r w:rsidRPr="007D1D39">
              <w:rPr>
                <w:rFonts w:ascii="Times New Roman" w:hAnsi="Times New Roman" w:cs="Times New Roman"/>
                <w:sz w:val="24"/>
                <w:szCs w:val="24"/>
              </w:rPr>
              <w:t xml:space="preserve">Talleres de </w:t>
            </w:r>
            <w:proofErr w:type="spellStart"/>
            <w:r w:rsidRPr="007D1D39">
              <w:rPr>
                <w:rFonts w:ascii="Times New Roman" w:hAnsi="Times New Roman" w:cs="Times New Roman"/>
                <w:sz w:val="24"/>
                <w:szCs w:val="24"/>
              </w:rPr>
              <w:t>dramaturgia</w:t>
            </w:r>
            <w:proofErr w:type="spellEnd"/>
            <w:r w:rsidRPr="007D1D39">
              <w:rPr>
                <w:rFonts w:ascii="Times New Roman" w:hAnsi="Times New Roman" w:cs="Times New Roman"/>
                <w:sz w:val="24"/>
                <w:szCs w:val="24"/>
              </w:rPr>
              <w:t xml:space="preserve"> con Juan Radrigán y Marcelo Leonart.</w:t>
            </w:r>
          </w:p>
        </w:tc>
      </w:tr>
    </w:tbl>
    <w:p w14:paraId="25DB3359" w14:textId="77777777" w:rsidR="008833BB" w:rsidRPr="007D1D39" w:rsidRDefault="008833BB" w:rsidP="00281D6B">
      <w:pPr>
        <w:jc w:val="both"/>
        <w:rPr>
          <w:rFonts w:ascii="Times New Roman" w:hAnsi="Times New Roman" w:cs="Times New Roman"/>
          <w:b/>
          <w:bCs/>
          <w:sz w:val="28"/>
          <w:szCs w:val="28"/>
        </w:rPr>
      </w:pPr>
    </w:p>
    <w:p w14:paraId="10267088" w14:textId="77777777" w:rsidR="00B44DF0" w:rsidRPr="007D1D39" w:rsidRDefault="00B44DF0" w:rsidP="00281D6B">
      <w:pPr>
        <w:jc w:val="both"/>
        <w:rPr>
          <w:rFonts w:ascii="Times New Roman" w:hAnsi="Times New Roman" w:cs="Times New Roman"/>
          <w:b/>
          <w:bCs/>
          <w:sz w:val="28"/>
          <w:szCs w:val="28"/>
        </w:rPr>
      </w:pPr>
    </w:p>
    <w:sectPr w:rsidR="00B44DF0" w:rsidRPr="007D1D39" w:rsidSect="00034616">
      <w:headerReference w:type="default" r:id="rId16"/>
      <w:footerReference w:type="default" r:id="rId17"/>
      <w:pgSz w:w="12240" w:h="15840"/>
      <w:pgMar w:top="1247" w:right="1361"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087C5" w14:textId="77777777" w:rsidR="00133AB5" w:rsidRDefault="00133AB5">
      <w:pPr>
        <w:spacing w:after="0" w:line="240" w:lineRule="auto"/>
      </w:pPr>
      <w:r>
        <w:separator/>
      </w:r>
    </w:p>
  </w:endnote>
  <w:endnote w:type="continuationSeparator" w:id="0">
    <w:p w14:paraId="5092067A" w14:textId="77777777" w:rsidR="00133AB5" w:rsidRDefault="00133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0A3D" w14:textId="77777777" w:rsidR="003D007D" w:rsidRDefault="00A864FD">
    <w:pPr>
      <w:pStyle w:val="Piedepgina"/>
      <w:jc w:val="center"/>
    </w:pPr>
    <w:r>
      <w:rPr>
        <w:color w:val="000000"/>
      </w:rPr>
      <w:t xml:space="preserve">Concurso </w:t>
    </w:r>
    <w:proofErr w:type="spellStart"/>
    <w:r>
      <w:rPr>
        <w:color w:val="000000"/>
      </w:rPr>
      <w:t>Literario</w:t>
    </w:r>
    <w:proofErr w:type="spellEnd"/>
    <w:r>
      <w:rPr>
        <w:color w:val="000000"/>
      </w:rPr>
      <w:t xml:space="preserve"> Nacional “Palabras del </w:t>
    </w:r>
    <w:proofErr w:type="spellStart"/>
    <w:r>
      <w:rPr>
        <w:color w:val="000000"/>
      </w:rPr>
      <w:t>Magisterio</w:t>
    </w:r>
    <w:proofErr w:type="spellEnd"/>
    <w:r>
      <w:rPr>
        <w:color w:val="000000"/>
      </w:rPr>
      <w:t xml:space="preserve">” </w:t>
    </w:r>
    <w:proofErr w:type="gramStart"/>
    <w:r>
      <w:rPr>
        <w:color w:val="000000"/>
      </w:rPr>
      <w:t>2026  •</w:t>
    </w:r>
    <w:proofErr w:type="gramEnd"/>
    <w:r>
      <w:rPr>
        <w:color w:val="000000"/>
      </w:rPr>
      <w:t xml:space="preserve">  </w:t>
    </w:r>
    <w:r>
      <w:fldChar w:fldCharType="begin"/>
    </w:r>
    <w:r>
      <w:instrText>PAGE</w:instrText>
    </w:r>
    <w:r>
      <w:fldChar w:fldCharType="separate"/>
    </w:r>
    <w:r w:rsidR="00FD0FAA">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B067E" w14:textId="77777777" w:rsidR="00133AB5" w:rsidRDefault="00133AB5">
      <w:pPr>
        <w:spacing w:after="0" w:line="240" w:lineRule="auto"/>
      </w:pPr>
      <w:r>
        <w:separator/>
      </w:r>
    </w:p>
  </w:footnote>
  <w:footnote w:type="continuationSeparator" w:id="0">
    <w:p w14:paraId="6B2F0E72" w14:textId="77777777" w:rsidR="00133AB5" w:rsidRDefault="00133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4DD5" w14:textId="77777777" w:rsidR="003D007D" w:rsidRDefault="003D007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3847B8B"/>
    <w:multiLevelType w:val="hybridMultilevel"/>
    <w:tmpl w:val="D358852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2FDC4E9F"/>
    <w:multiLevelType w:val="hybridMultilevel"/>
    <w:tmpl w:val="33BAEF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3F1A0761"/>
    <w:multiLevelType w:val="hybridMultilevel"/>
    <w:tmpl w:val="9426054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48BA45BE"/>
    <w:multiLevelType w:val="hybridMultilevel"/>
    <w:tmpl w:val="ADF0584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29652362">
    <w:abstractNumId w:val="8"/>
  </w:num>
  <w:num w:numId="2" w16cid:durableId="1202476110">
    <w:abstractNumId w:val="6"/>
  </w:num>
  <w:num w:numId="3" w16cid:durableId="147602814">
    <w:abstractNumId w:val="5"/>
  </w:num>
  <w:num w:numId="4" w16cid:durableId="924218394">
    <w:abstractNumId w:val="4"/>
  </w:num>
  <w:num w:numId="5" w16cid:durableId="1787774513">
    <w:abstractNumId w:val="7"/>
  </w:num>
  <w:num w:numId="6" w16cid:durableId="1286425241">
    <w:abstractNumId w:val="3"/>
  </w:num>
  <w:num w:numId="7" w16cid:durableId="214048873">
    <w:abstractNumId w:val="2"/>
  </w:num>
  <w:num w:numId="8" w16cid:durableId="1896358225">
    <w:abstractNumId w:val="1"/>
  </w:num>
  <w:num w:numId="9" w16cid:durableId="1459685393">
    <w:abstractNumId w:val="0"/>
  </w:num>
  <w:num w:numId="10" w16cid:durableId="791172158">
    <w:abstractNumId w:val="9"/>
  </w:num>
  <w:num w:numId="11" w16cid:durableId="1876843537">
    <w:abstractNumId w:val="12"/>
  </w:num>
  <w:num w:numId="12" w16cid:durableId="382367339">
    <w:abstractNumId w:val="10"/>
  </w:num>
  <w:num w:numId="13" w16cid:durableId="9820767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448"/>
    <w:rsid w:val="0006063C"/>
    <w:rsid w:val="00133AB5"/>
    <w:rsid w:val="0015074B"/>
    <w:rsid w:val="00281D6B"/>
    <w:rsid w:val="0029639D"/>
    <w:rsid w:val="003264E1"/>
    <w:rsid w:val="00326F90"/>
    <w:rsid w:val="003D007D"/>
    <w:rsid w:val="0044273A"/>
    <w:rsid w:val="0052751F"/>
    <w:rsid w:val="00761D21"/>
    <w:rsid w:val="007D1D39"/>
    <w:rsid w:val="00806B9A"/>
    <w:rsid w:val="008833BB"/>
    <w:rsid w:val="00937DA2"/>
    <w:rsid w:val="00A864FD"/>
    <w:rsid w:val="00AA1D8D"/>
    <w:rsid w:val="00B0736D"/>
    <w:rsid w:val="00B44DF0"/>
    <w:rsid w:val="00B47730"/>
    <w:rsid w:val="00B50366"/>
    <w:rsid w:val="00BC3AE8"/>
    <w:rsid w:val="00C57B54"/>
    <w:rsid w:val="00CB0664"/>
    <w:rsid w:val="00E75FA3"/>
    <w:rsid w:val="00F12665"/>
    <w:rsid w:val="00F35FF7"/>
    <w:rsid w:val="00FC693F"/>
    <w:rsid w:val="00FD0FAA"/>
    <w:rsid w:val="00FE4A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AE6F24"/>
  <w14:defaultImageDpi w14:val="300"/>
  <w15:docId w15:val="{46745FA1-F361-4A0C-B2CD-32F0A8D2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281D6B"/>
    <w:rPr>
      <w:color w:val="0000FF" w:themeColor="hyperlink"/>
      <w:u w:val="single"/>
    </w:rPr>
  </w:style>
  <w:style w:type="character" w:styleId="Mencinsinresolver">
    <w:name w:val="Unresolved Mention"/>
    <w:basedOn w:val="Fuentedeprrafopredeter"/>
    <w:uiPriority w:val="99"/>
    <w:semiHidden/>
    <w:unhideWhenUsed/>
    <w:rsid w:val="00281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ptocultura@colegiodeprofesores.cl"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9E950-F559-4ACA-9FB8-AC913CBA2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14</Pages>
  <Words>2657</Words>
  <Characters>14615</Characters>
  <Application>Microsoft Office Word</Application>
  <DocSecurity>0</DocSecurity>
  <Lines>121</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Carlos Bahamondes</cp:lastModifiedBy>
  <cp:revision>5</cp:revision>
  <dcterms:created xsi:type="dcterms:W3CDTF">2026-09-21T22:18:00Z</dcterms:created>
  <dcterms:modified xsi:type="dcterms:W3CDTF">2026-09-27T14:38:00Z</dcterms:modified>
  <cp:category/>
</cp:coreProperties>
</file>